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B862" w14:textId="77777777" w:rsidR="00166830" w:rsidRDefault="00020035">
      <w:pPr>
        <w:spacing w:after="40"/>
        <w:jc w:val="right"/>
      </w:pPr>
      <w:r>
        <w:rPr>
          <w:b/>
          <w:sz w:val="24"/>
        </w:rPr>
        <w:t>Phụ lục I</w:t>
      </w:r>
    </w:p>
    <w:p w14:paraId="15F853F5" w14:textId="77777777" w:rsidR="00166830" w:rsidRDefault="00020035">
      <w:pPr>
        <w:spacing w:after="40"/>
        <w:jc w:val="center"/>
      </w:pPr>
      <w:r>
        <w:rPr>
          <w:b/>
        </w:rPr>
        <w:t xml:space="preserve">DANH MỤC NHIỆM VỤ TRIỂN KHAI THỰC HIỆN NGHỊ QUYẾT SỐ 66.22/2026/NQ-CP NGÀY 09/7/2026 CỦA CHÍNH PHỦ VỀ PHÁT TRIỂN CÔNG DÂN SỐ TRÊN ĐỊA BÀN </w:t>
      </w:r>
      <w:r w:rsidR="00597E16">
        <w:rPr>
          <w:b/>
        </w:rPr>
        <w:t>XÃ</w:t>
      </w:r>
    </w:p>
    <w:p w14:paraId="72B99500" w14:textId="77777777" w:rsidR="00166830" w:rsidRDefault="00020035">
      <w:pPr>
        <w:spacing w:after="240"/>
        <w:jc w:val="center"/>
      </w:pPr>
      <w:r>
        <w:rPr>
          <w:i/>
          <w:sz w:val="22"/>
        </w:rPr>
        <w:t xml:space="preserve">(Kèm theo Kế hoạch số </w:t>
      </w:r>
      <w:r w:rsidR="00745A70">
        <w:rPr>
          <w:i/>
          <w:sz w:val="22"/>
        </w:rPr>
        <w:t xml:space="preserve">     </w:t>
      </w:r>
      <w:r>
        <w:rPr>
          <w:i/>
          <w:sz w:val="22"/>
        </w:rPr>
        <w:t xml:space="preserve">/KH-UBND ngày </w:t>
      </w:r>
      <w:r w:rsidR="009328F7">
        <w:rPr>
          <w:i/>
          <w:sz w:val="22"/>
        </w:rPr>
        <w:t xml:space="preserve">   </w:t>
      </w:r>
      <w:r>
        <w:rPr>
          <w:i/>
          <w:sz w:val="22"/>
        </w:rPr>
        <w:t xml:space="preserve"> tháng 8 năm 2026 của Ủy ban nhân dân </w:t>
      </w:r>
      <w:r w:rsidR="009328F7">
        <w:rPr>
          <w:i/>
          <w:sz w:val="22"/>
        </w:rPr>
        <w:t>xã Kỳ Anh</w:t>
      </w:r>
      <w:r>
        <w:rPr>
          <w:i/>
          <w:sz w:val="22"/>
        </w:rPr>
        <w:t>)</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3"/>
        <w:gridCol w:w="3168"/>
        <w:gridCol w:w="1728"/>
        <w:gridCol w:w="1728"/>
        <w:gridCol w:w="1584"/>
        <w:gridCol w:w="3251"/>
      </w:tblGrid>
      <w:tr w:rsidR="009429D4" w14:paraId="07D513CB" w14:textId="77777777" w:rsidTr="009429D4">
        <w:trPr>
          <w:jc w:val="center"/>
        </w:trPr>
        <w:tc>
          <w:tcPr>
            <w:tcW w:w="2003" w:type="dxa"/>
            <w:tcMar>
              <w:top w:w="100" w:type="dxa"/>
              <w:left w:w="100" w:type="dxa"/>
              <w:bottom w:w="100" w:type="dxa"/>
              <w:right w:w="100" w:type="dxa"/>
            </w:tcMar>
          </w:tcPr>
          <w:p w14:paraId="54960747" w14:textId="77777777" w:rsidR="009429D4" w:rsidRPr="001D2E9D" w:rsidRDefault="009429D4" w:rsidP="002109AF">
            <w:pPr>
              <w:spacing w:after="0"/>
              <w:jc w:val="center"/>
              <w:rPr>
                <w:b/>
                <w:sz w:val="24"/>
                <w:szCs w:val="24"/>
              </w:rPr>
            </w:pPr>
            <w:r w:rsidRPr="001D2E9D">
              <w:rPr>
                <w:b/>
                <w:sz w:val="24"/>
                <w:szCs w:val="24"/>
              </w:rPr>
              <w:t>STT</w:t>
            </w:r>
          </w:p>
        </w:tc>
        <w:tc>
          <w:tcPr>
            <w:tcW w:w="3168" w:type="dxa"/>
            <w:tcMar>
              <w:top w:w="100" w:type="dxa"/>
              <w:left w:w="100" w:type="dxa"/>
              <w:bottom w:w="100" w:type="dxa"/>
              <w:right w:w="100" w:type="dxa"/>
            </w:tcMar>
          </w:tcPr>
          <w:p w14:paraId="1AA20663" w14:textId="77777777" w:rsidR="009429D4" w:rsidRPr="001D2E9D" w:rsidRDefault="009429D4" w:rsidP="002109AF">
            <w:pPr>
              <w:spacing w:after="0"/>
              <w:jc w:val="center"/>
              <w:rPr>
                <w:b/>
                <w:sz w:val="24"/>
                <w:szCs w:val="24"/>
              </w:rPr>
            </w:pPr>
            <w:r w:rsidRPr="001D2E9D">
              <w:rPr>
                <w:b/>
                <w:sz w:val="24"/>
                <w:szCs w:val="24"/>
              </w:rPr>
              <w:t>Nhiệm vụ</w:t>
            </w:r>
          </w:p>
        </w:tc>
        <w:tc>
          <w:tcPr>
            <w:tcW w:w="1728" w:type="dxa"/>
            <w:tcMar>
              <w:top w:w="100" w:type="dxa"/>
              <w:left w:w="100" w:type="dxa"/>
              <w:bottom w:w="100" w:type="dxa"/>
              <w:right w:w="100" w:type="dxa"/>
            </w:tcMar>
          </w:tcPr>
          <w:p w14:paraId="54DBC467" w14:textId="77777777" w:rsidR="009429D4" w:rsidRPr="001D2E9D" w:rsidRDefault="009429D4" w:rsidP="002109AF">
            <w:pPr>
              <w:spacing w:after="0"/>
              <w:jc w:val="center"/>
              <w:rPr>
                <w:b/>
                <w:sz w:val="24"/>
                <w:szCs w:val="24"/>
              </w:rPr>
            </w:pPr>
            <w:r w:rsidRPr="001D2E9D">
              <w:rPr>
                <w:b/>
                <w:sz w:val="24"/>
                <w:szCs w:val="24"/>
              </w:rPr>
              <w:t>Cơ quan chủ trì</w:t>
            </w:r>
          </w:p>
        </w:tc>
        <w:tc>
          <w:tcPr>
            <w:tcW w:w="1728" w:type="dxa"/>
            <w:tcMar>
              <w:top w:w="100" w:type="dxa"/>
              <w:left w:w="100" w:type="dxa"/>
              <w:bottom w:w="100" w:type="dxa"/>
              <w:right w:w="100" w:type="dxa"/>
            </w:tcMar>
          </w:tcPr>
          <w:p w14:paraId="0E0A855A" w14:textId="77777777" w:rsidR="009429D4" w:rsidRPr="001D2E9D" w:rsidRDefault="009429D4" w:rsidP="002109AF">
            <w:pPr>
              <w:spacing w:after="0"/>
              <w:jc w:val="center"/>
              <w:rPr>
                <w:b/>
                <w:sz w:val="24"/>
                <w:szCs w:val="24"/>
              </w:rPr>
            </w:pPr>
            <w:r w:rsidRPr="001D2E9D">
              <w:rPr>
                <w:b/>
                <w:sz w:val="24"/>
                <w:szCs w:val="24"/>
              </w:rPr>
              <w:t>Cơ quan phối hợp</w:t>
            </w:r>
          </w:p>
        </w:tc>
        <w:tc>
          <w:tcPr>
            <w:tcW w:w="1584" w:type="dxa"/>
            <w:tcMar>
              <w:top w:w="100" w:type="dxa"/>
              <w:left w:w="100" w:type="dxa"/>
              <w:bottom w:w="100" w:type="dxa"/>
              <w:right w:w="100" w:type="dxa"/>
            </w:tcMar>
          </w:tcPr>
          <w:p w14:paraId="44AA90AE" w14:textId="77777777" w:rsidR="009429D4" w:rsidRPr="001D2E9D" w:rsidRDefault="009429D4" w:rsidP="002109AF">
            <w:pPr>
              <w:spacing w:after="0"/>
              <w:jc w:val="center"/>
              <w:rPr>
                <w:b/>
                <w:sz w:val="24"/>
                <w:szCs w:val="24"/>
              </w:rPr>
            </w:pPr>
            <w:r w:rsidRPr="001D2E9D">
              <w:rPr>
                <w:b/>
                <w:sz w:val="24"/>
                <w:szCs w:val="24"/>
              </w:rPr>
              <w:t>Thời gian thực hiện</w:t>
            </w:r>
          </w:p>
        </w:tc>
        <w:tc>
          <w:tcPr>
            <w:tcW w:w="3251" w:type="dxa"/>
            <w:tcMar>
              <w:top w:w="100" w:type="dxa"/>
              <w:left w:w="100" w:type="dxa"/>
              <w:bottom w:w="100" w:type="dxa"/>
              <w:right w:w="100" w:type="dxa"/>
            </w:tcMar>
          </w:tcPr>
          <w:p w14:paraId="5E7D4BE2" w14:textId="77777777" w:rsidR="009429D4" w:rsidRPr="001D2E9D" w:rsidRDefault="009429D4" w:rsidP="002109AF">
            <w:pPr>
              <w:spacing w:after="0"/>
              <w:jc w:val="center"/>
              <w:rPr>
                <w:b/>
                <w:sz w:val="24"/>
                <w:szCs w:val="24"/>
              </w:rPr>
            </w:pPr>
            <w:r w:rsidRPr="001D2E9D">
              <w:rPr>
                <w:b/>
                <w:sz w:val="24"/>
                <w:szCs w:val="24"/>
              </w:rPr>
              <w:t xml:space="preserve">Kết </w:t>
            </w:r>
            <w:r w:rsidR="002109AF" w:rsidRPr="001D2E9D">
              <w:rPr>
                <w:b/>
                <w:sz w:val="24"/>
                <w:szCs w:val="24"/>
              </w:rPr>
              <w:t>quả sản phẩm</w:t>
            </w:r>
          </w:p>
        </w:tc>
      </w:tr>
      <w:tr w:rsidR="009429D4" w14:paraId="010E9D02" w14:textId="77777777" w:rsidTr="00131F2F">
        <w:trPr>
          <w:jc w:val="center"/>
        </w:trPr>
        <w:tc>
          <w:tcPr>
            <w:tcW w:w="13462" w:type="dxa"/>
            <w:gridSpan w:val="6"/>
            <w:tcMar>
              <w:top w:w="100" w:type="dxa"/>
              <w:left w:w="100" w:type="dxa"/>
              <w:bottom w:w="100" w:type="dxa"/>
              <w:right w:w="100" w:type="dxa"/>
            </w:tcMar>
          </w:tcPr>
          <w:p w14:paraId="1464FB6F" w14:textId="77777777" w:rsidR="009429D4" w:rsidRPr="000A1B4A" w:rsidRDefault="009429D4">
            <w:pPr>
              <w:spacing w:after="0"/>
              <w:rPr>
                <w:b/>
                <w:sz w:val="21"/>
              </w:rPr>
            </w:pPr>
            <w:r w:rsidRPr="000A1B4A">
              <w:rPr>
                <w:b/>
                <w:sz w:val="21"/>
              </w:rPr>
              <w:t>I. Hoàn thiện chính sách, pháp luật về phát triển, cung cấp ứng dụng, dịch vụ số liên quan đến thông tin dân cư</w:t>
            </w:r>
          </w:p>
        </w:tc>
      </w:tr>
      <w:tr w:rsidR="009429D4" w14:paraId="2A77D2D1" w14:textId="77777777" w:rsidTr="009429D4">
        <w:trPr>
          <w:jc w:val="center"/>
        </w:trPr>
        <w:tc>
          <w:tcPr>
            <w:tcW w:w="2003" w:type="dxa"/>
            <w:tcMar>
              <w:top w:w="100" w:type="dxa"/>
              <w:left w:w="100" w:type="dxa"/>
              <w:bottom w:w="100" w:type="dxa"/>
              <w:right w:w="100" w:type="dxa"/>
            </w:tcMar>
          </w:tcPr>
          <w:p w14:paraId="28A9F460" w14:textId="77777777" w:rsidR="000A1B4A" w:rsidRDefault="000A1B4A" w:rsidP="009429D4">
            <w:pPr>
              <w:spacing w:after="0"/>
              <w:jc w:val="center"/>
              <w:rPr>
                <w:sz w:val="21"/>
              </w:rPr>
            </w:pPr>
          </w:p>
          <w:p w14:paraId="1B10C585" w14:textId="77777777" w:rsidR="000A1B4A" w:rsidRDefault="000A1B4A" w:rsidP="009429D4">
            <w:pPr>
              <w:spacing w:after="0"/>
              <w:jc w:val="center"/>
              <w:rPr>
                <w:sz w:val="21"/>
              </w:rPr>
            </w:pPr>
          </w:p>
          <w:p w14:paraId="6D763899" w14:textId="77777777" w:rsidR="000A1B4A" w:rsidRDefault="000A1B4A" w:rsidP="009429D4">
            <w:pPr>
              <w:spacing w:after="0"/>
              <w:jc w:val="center"/>
              <w:rPr>
                <w:sz w:val="21"/>
              </w:rPr>
            </w:pPr>
          </w:p>
          <w:p w14:paraId="6B662D65" w14:textId="77777777" w:rsidR="000A1B4A" w:rsidRDefault="000A1B4A" w:rsidP="009429D4">
            <w:pPr>
              <w:spacing w:after="0"/>
              <w:jc w:val="center"/>
              <w:rPr>
                <w:sz w:val="21"/>
              </w:rPr>
            </w:pPr>
          </w:p>
          <w:p w14:paraId="49E85BD3" w14:textId="77777777" w:rsidR="009429D4" w:rsidRDefault="009429D4" w:rsidP="009429D4">
            <w:pPr>
              <w:spacing w:after="0"/>
              <w:jc w:val="center"/>
            </w:pPr>
            <w:r>
              <w:rPr>
                <w:sz w:val="21"/>
              </w:rPr>
              <w:t>1</w:t>
            </w:r>
          </w:p>
        </w:tc>
        <w:tc>
          <w:tcPr>
            <w:tcW w:w="3168" w:type="dxa"/>
            <w:tcMar>
              <w:top w:w="100" w:type="dxa"/>
              <w:left w:w="100" w:type="dxa"/>
              <w:bottom w:w="100" w:type="dxa"/>
              <w:right w:w="100" w:type="dxa"/>
            </w:tcMar>
          </w:tcPr>
          <w:p w14:paraId="72178949" w14:textId="77777777" w:rsidR="009429D4" w:rsidRDefault="009429D4" w:rsidP="00517889">
            <w:pPr>
              <w:spacing w:after="0"/>
              <w:jc w:val="both"/>
            </w:pPr>
            <w:r>
              <w:rPr>
                <w:sz w:val="21"/>
              </w:rPr>
              <w:t>Rà soát, sửa đổi, bổ sung hoặc tham mưu cấp có thẩm quyền ban hành các cơ chế, chính sách, quy định thuộc thẩm quyền của địa phương nhằm bảo đảm phù hợp với các chính sách mới quy định tại Nghị quyết; hoàn thành đúng tiến độ các nhiệm vụ được Chính phủ giao.</w:t>
            </w:r>
          </w:p>
        </w:tc>
        <w:tc>
          <w:tcPr>
            <w:tcW w:w="1728" w:type="dxa"/>
            <w:tcMar>
              <w:top w:w="100" w:type="dxa"/>
              <w:left w:w="100" w:type="dxa"/>
              <w:bottom w:w="100" w:type="dxa"/>
              <w:right w:w="100" w:type="dxa"/>
            </w:tcMar>
          </w:tcPr>
          <w:p w14:paraId="0BFABB58" w14:textId="77777777" w:rsidR="009429D4" w:rsidRDefault="009429D4" w:rsidP="002109AF">
            <w:pPr>
              <w:spacing w:after="0"/>
            </w:pPr>
            <w:r>
              <w:rPr>
                <w:sz w:val="21"/>
              </w:rPr>
              <w:t xml:space="preserve">Các </w:t>
            </w:r>
            <w:r w:rsidR="002109AF">
              <w:rPr>
                <w:sz w:val="21"/>
              </w:rPr>
              <w:t>Phòng</w:t>
            </w:r>
            <w:r>
              <w:rPr>
                <w:sz w:val="21"/>
              </w:rPr>
              <w:t>, ban, ngành có thẩm quyền giải TTHC ưu đãi theo Nghị quyết</w:t>
            </w:r>
          </w:p>
        </w:tc>
        <w:tc>
          <w:tcPr>
            <w:tcW w:w="1728" w:type="dxa"/>
            <w:tcMar>
              <w:top w:w="100" w:type="dxa"/>
              <w:left w:w="100" w:type="dxa"/>
              <w:bottom w:w="100" w:type="dxa"/>
              <w:right w:w="100" w:type="dxa"/>
            </w:tcMar>
          </w:tcPr>
          <w:p w14:paraId="2CF1E255" w14:textId="77777777" w:rsidR="009429D4" w:rsidRDefault="009429D4" w:rsidP="009429D4">
            <w:pPr>
              <w:spacing w:after="0"/>
            </w:pPr>
          </w:p>
        </w:tc>
        <w:tc>
          <w:tcPr>
            <w:tcW w:w="1584" w:type="dxa"/>
            <w:tcMar>
              <w:top w:w="100" w:type="dxa"/>
              <w:left w:w="100" w:type="dxa"/>
              <w:bottom w:w="100" w:type="dxa"/>
              <w:right w:w="100" w:type="dxa"/>
            </w:tcMar>
          </w:tcPr>
          <w:p w14:paraId="568495AB" w14:textId="77777777" w:rsidR="009429D4" w:rsidRDefault="009429D4" w:rsidP="009429D4">
            <w:pPr>
              <w:spacing w:after="0"/>
            </w:pPr>
            <w:r>
              <w:rPr>
                <w:sz w:val="21"/>
              </w:rPr>
              <w:t>Hoàn thành trước 15/8/2026, sau đó duy trì thường xuyên</w:t>
            </w:r>
          </w:p>
        </w:tc>
        <w:tc>
          <w:tcPr>
            <w:tcW w:w="3251" w:type="dxa"/>
            <w:tcMar>
              <w:top w:w="100" w:type="dxa"/>
              <w:left w:w="100" w:type="dxa"/>
              <w:bottom w:w="100" w:type="dxa"/>
              <w:right w:w="100" w:type="dxa"/>
            </w:tcMar>
          </w:tcPr>
          <w:p w14:paraId="376EA334" w14:textId="77777777" w:rsidR="009429D4" w:rsidRDefault="009429D4" w:rsidP="00517889">
            <w:pPr>
              <w:spacing w:after="0"/>
              <w:jc w:val="both"/>
            </w:pPr>
            <w:r>
              <w:rPr>
                <w:sz w:val="21"/>
              </w:rPr>
              <w:t>Rà soát 100% các nhóm chính sách thuộc phạm vi quản lý; 100% nội dung thuộc thẩm quyền của UBND tỉnh được tham mưu triển khai hoặc đề xuất cấp có thẩm quyền xem xét, quyết định.</w:t>
            </w:r>
          </w:p>
        </w:tc>
      </w:tr>
      <w:tr w:rsidR="00FE11F8" w14:paraId="7FF2E8B5" w14:textId="77777777" w:rsidTr="00041669">
        <w:trPr>
          <w:jc w:val="center"/>
        </w:trPr>
        <w:tc>
          <w:tcPr>
            <w:tcW w:w="13462" w:type="dxa"/>
            <w:gridSpan w:val="6"/>
            <w:tcMar>
              <w:top w:w="100" w:type="dxa"/>
              <w:left w:w="100" w:type="dxa"/>
              <w:bottom w:w="100" w:type="dxa"/>
              <w:right w:w="100" w:type="dxa"/>
            </w:tcMar>
          </w:tcPr>
          <w:p w14:paraId="51DF55FF" w14:textId="77777777" w:rsidR="00FE11F8" w:rsidRDefault="00FE11F8" w:rsidP="009429D4">
            <w:pPr>
              <w:spacing w:after="0"/>
            </w:pPr>
            <w:r>
              <w:rPr>
                <w:b/>
                <w:sz w:val="22"/>
              </w:rPr>
              <w:t>II. Tuyên truyền, phổ biến và hướng dẫn công dân về các chính sách ưu đãi, quyền lợi và cách thức thực hiện dịch vụ công theo Nghị quyết</w:t>
            </w:r>
          </w:p>
        </w:tc>
      </w:tr>
      <w:tr w:rsidR="00FE11F8" w14:paraId="24F5538B" w14:textId="77777777" w:rsidTr="009429D4">
        <w:trPr>
          <w:jc w:val="center"/>
        </w:trPr>
        <w:tc>
          <w:tcPr>
            <w:tcW w:w="2003" w:type="dxa"/>
            <w:tcMar>
              <w:top w:w="100" w:type="dxa"/>
              <w:left w:w="100" w:type="dxa"/>
              <w:bottom w:w="100" w:type="dxa"/>
              <w:right w:w="100" w:type="dxa"/>
            </w:tcMar>
          </w:tcPr>
          <w:p w14:paraId="24D65620" w14:textId="77777777" w:rsidR="00916651" w:rsidRDefault="00916651" w:rsidP="00FE11F8">
            <w:pPr>
              <w:spacing w:after="0"/>
              <w:jc w:val="center"/>
              <w:rPr>
                <w:sz w:val="21"/>
              </w:rPr>
            </w:pPr>
          </w:p>
          <w:p w14:paraId="4DB2D288" w14:textId="77777777" w:rsidR="00916651" w:rsidRDefault="00916651" w:rsidP="00FE11F8">
            <w:pPr>
              <w:spacing w:after="0"/>
              <w:jc w:val="center"/>
              <w:rPr>
                <w:sz w:val="21"/>
              </w:rPr>
            </w:pPr>
          </w:p>
          <w:p w14:paraId="60437B21" w14:textId="77777777" w:rsidR="00916651" w:rsidRDefault="00916651" w:rsidP="00FE11F8">
            <w:pPr>
              <w:spacing w:after="0"/>
              <w:jc w:val="center"/>
              <w:rPr>
                <w:sz w:val="21"/>
              </w:rPr>
            </w:pPr>
          </w:p>
          <w:p w14:paraId="17D78505" w14:textId="77777777" w:rsidR="00916651" w:rsidRDefault="00916651" w:rsidP="00FE11F8">
            <w:pPr>
              <w:spacing w:after="0"/>
              <w:jc w:val="center"/>
              <w:rPr>
                <w:sz w:val="21"/>
              </w:rPr>
            </w:pPr>
          </w:p>
          <w:p w14:paraId="4216D719" w14:textId="77777777" w:rsidR="00916651" w:rsidRDefault="00916651" w:rsidP="00FE11F8">
            <w:pPr>
              <w:spacing w:after="0"/>
              <w:jc w:val="center"/>
              <w:rPr>
                <w:sz w:val="21"/>
              </w:rPr>
            </w:pPr>
          </w:p>
          <w:p w14:paraId="0146C276" w14:textId="77777777" w:rsidR="00FE11F8" w:rsidRDefault="00FE11F8" w:rsidP="00FE11F8">
            <w:pPr>
              <w:spacing w:after="0"/>
              <w:jc w:val="center"/>
            </w:pPr>
            <w:r>
              <w:rPr>
                <w:sz w:val="21"/>
              </w:rPr>
              <w:t>1</w:t>
            </w:r>
          </w:p>
        </w:tc>
        <w:tc>
          <w:tcPr>
            <w:tcW w:w="3168" w:type="dxa"/>
            <w:tcMar>
              <w:top w:w="100" w:type="dxa"/>
              <w:left w:w="100" w:type="dxa"/>
              <w:bottom w:w="100" w:type="dxa"/>
              <w:right w:w="100" w:type="dxa"/>
            </w:tcMar>
          </w:tcPr>
          <w:p w14:paraId="129EDD52" w14:textId="77777777" w:rsidR="00FE11F8" w:rsidRDefault="00FE11F8" w:rsidP="00517889">
            <w:pPr>
              <w:spacing w:after="0"/>
              <w:jc w:val="both"/>
            </w:pPr>
            <w:r>
              <w:rPr>
                <w:sz w:val="21"/>
              </w:rPr>
              <w:t>Tổ chức tuyên truyền, phổ biến sâu rộng đến người dân về các chính sách ưu đãi, quyền lợi và cách thức thực hiện dịch vụ công theo quy định tại Nghị quyết, xây dựng các tài liệu hướng dẫn đơn giản, dễ hiểu, trực quan; đa dạng hóa các hình thức tuyên truyền phù hợp với từng nhóm đối tượng, đặc biệt là người cao tuổi, người khuyết tật, đồng bào dân tộc thiểu số.</w:t>
            </w:r>
          </w:p>
        </w:tc>
        <w:tc>
          <w:tcPr>
            <w:tcW w:w="1728" w:type="dxa"/>
            <w:tcMar>
              <w:top w:w="100" w:type="dxa"/>
              <w:left w:w="100" w:type="dxa"/>
              <w:bottom w:w="100" w:type="dxa"/>
              <w:right w:w="100" w:type="dxa"/>
            </w:tcMar>
          </w:tcPr>
          <w:p w14:paraId="739D4BF5" w14:textId="77777777" w:rsidR="0015217C" w:rsidRDefault="0015217C" w:rsidP="00FE11F8">
            <w:pPr>
              <w:spacing w:after="0"/>
              <w:rPr>
                <w:sz w:val="21"/>
              </w:rPr>
            </w:pPr>
            <w:r>
              <w:rPr>
                <w:sz w:val="21"/>
              </w:rPr>
              <w:t xml:space="preserve">Công an xã; Phòng Văn hoá, Trung tâm phục vụ HHC, </w:t>
            </w:r>
          </w:p>
          <w:p w14:paraId="7477F20B" w14:textId="77777777" w:rsidR="00FE11F8" w:rsidRDefault="0015217C" w:rsidP="00FE11F8">
            <w:pPr>
              <w:spacing w:after="0"/>
            </w:pPr>
            <w:r>
              <w:rPr>
                <w:sz w:val="21"/>
              </w:rPr>
              <w:t>Trung tâm dịch vụ tổng hợp</w:t>
            </w:r>
          </w:p>
        </w:tc>
        <w:tc>
          <w:tcPr>
            <w:tcW w:w="1728" w:type="dxa"/>
            <w:tcMar>
              <w:top w:w="100" w:type="dxa"/>
              <w:left w:w="100" w:type="dxa"/>
              <w:bottom w:w="100" w:type="dxa"/>
              <w:right w:w="100" w:type="dxa"/>
            </w:tcMar>
          </w:tcPr>
          <w:p w14:paraId="388D9824" w14:textId="62BC8C2A" w:rsidR="00FE11F8" w:rsidRPr="001D2E9D" w:rsidRDefault="006D5B26" w:rsidP="00FE11F8">
            <w:pPr>
              <w:spacing w:after="0"/>
              <w:rPr>
                <w:sz w:val="21"/>
                <w:lang w:val="vi-VN"/>
              </w:rPr>
            </w:pPr>
            <w:r>
              <w:rPr>
                <w:sz w:val="21"/>
              </w:rPr>
              <w:t>Các phòng, ban ngành cấp xã</w:t>
            </w:r>
            <w:r w:rsidR="001D2E9D">
              <w:rPr>
                <w:sz w:val="21"/>
                <w:lang w:val="vi-VN"/>
              </w:rPr>
              <w:t>,</w:t>
            </w:r>
          </w:p>
          <w:p w14:paraId="2B127891" w14:textId="77777777" w:rsidR="006D5B26" w:rsidRDefault="006D5B26" w:rsidP="00FE11F8">
            <w:pPr>
              <w:spacing w:after="0"/>
              <w:rPr>
                <w:sz w:val="21"/>
              </w:rPr>
            </w:pPr>
            <w:r>
              <w:rPr>
                <w:sz w:val="21"/>
              </w:rPr>
              <w:t>Các trường học</w:t>
            </w:r>
          </w:p>
          <w:p w14:paraId="7EA82432" w14:textId="77777777" w:rsidR="006D5B26" w:rsidRDefault="006D5B26" w:rsidP="00FE11F8">
            <w:pPr>
              <w:spacing w:after="0"/>
            </w:pPr>
            <w:r>
              <w:rPr>
                <w:sz w:val="21"/>
              </w:rPr>
              <w:t>Tổ chuyển đổi số các thôn.</w:t>
            </w:r>
          </w:p>
        </w:tc>
        <w:tc>
          <w:tcPr>
            <w:tcW w:w="1584" w:type="dxa"/>
            <w:tcMar>
              <w:top w:w="100" w:type="dxa"/>
              <w:left w:w="100" w:type="dxa"/>
              <w:bottom w:w="100" w:type="dxa"/>
              <w:right w:w="100" w:type="dxa"/>
            </w:tcMar>
          </w:tcPr>
          <w:p w14:paraId="138183FC" w14:textId="77777777" w:rsidR="00FE11F8" w:rsidRDefault="00FE11F8" w:rsidP="00FE11F8">
            <w:pPr>
              <w:spacing w:after="0"/>
            </w:pPr>
            <w:r>
              <w:rPr>
                <w:sz w:val="21"/>
              </w:rPr>
              <w:t>Thực hiện thường xuyên</w:t>
            </w:r>
          </w:p>
        </w:tc>
        <w:tc>
          <w:tcPr>
            <w:tcW w:w="3251" w:type="dxa"/>
            <w:tcMar>
              <w:top w:w="100" w:type="dxa"/>
              <w:left w:w="100" w:type="dxa"/>
              <w:bottom w:w="100" w:type="dxa"/>
              <w:right w:w="100" w:type="dxa"/>
            </w:tcMar>
          </w:tcPr>
          <w:p w14:paraId="6AB10AB9" w14:textId="77777777" w:rsidR="00FE11F8" w:rsidRDefault="00DC6796" w:rsidP="00517889">
            <w:pPr>
              <w:spacing w:after="0"/>
              <w:jc w:val="both"/>
            </w:pPr>
            <w:r>
              <w:rPr>
                <w:sz w:val="21"/>
              </w:rPr>
              <w:t>Các phòng</w:t>
            </w:r>
            <w:r w:rsidR="00FE11F8">
              <w:rPr>
                <w:sz w:val="21"/>
              </w:rPr>
              <w:t xml:space="preserve">, </w:t>
            </w:r>
            <w:r>
              <w:rPr>
                <w:sz w:val="21"/>
              </w:rPr>
              <w:t xml:space="preserve">ban, </w:t>
            </w:r>
            <w:r w:rsidR="00FE11F8">
              <w:rPr>
                <w:sz w:val="21"/>
              </w:rPr>
              <w:t xml:space="preserve">ngành được giao giải quyết các TTHC theo nghị quyết này và </w:t>
            </w:r>
            <w:r w:rsidR="00345C4E">
              <w:rPr>
                <w:sz w:val="21"/>
              </w:rPr>
              <w:t>các thôn</w:t>
            </w:r>
            <w:r w:rsidR="00FE11F8">
              <w:rPr>
                <w:sz w:val="21"/>
              </w:rPr>
              <w:t xml:space="preserve"> có ít nhất 01 sản phẩm (tài liệu, tin bài, ảnh, video....) hướng dẫn người dân về chính sách ưu đãi và cách thức thực hiện thủ tục hành chính trước ngày 15/8/2026. Duy trì thường xuyên các hoạt động tuyên truyền, hướng dẫn trên các phương tiện thông tin đại chúng, </w:t>
            </w:r>
            <w:r w:rsidR="00FE11F8">
              <w:rPr>
                <w:sz w:val="21"/>
              </w:rPr>
              <w:lastRenderedPageBreak/>
              <w:t>cổng thông tin điện tử, mạng xã hội và hệ thống loa truyền thanh cơ sở.</w:t>
            </w:r>
          </w:p>
        </w:tc>
      </w:tr>
      <w:tr w:rsidR="00FE11F8" w14:paraId="55582718" w14:textId="77777777" w:rsidTr="009429D4">
        <w:trPr>
          <w:jc w:val="center"/>
        </w:trPr>
        <w:tc>
          <w:tcPr>
            <w:tcW w:w="2003" w:type="dxa"/>
            <w:tcMar>
              <w:top w:w="100" w:type="dxa"/>
              <w:left w:w="100" w:type="dxa"/>
              <w:bottom w:w="100" w:type="dxa"/>
              <w:right w:w="100" w:type="dxa"/>
            </w:tcMar>
          </w:tcPr>
          <w:p w14:paraId="7292CA65" w14:textId="77777777" w:rsidR="00FE11F8" w:rsidRDefault="00FE11F8" w:rsidP="00FE11F8">
            <w:pPr>
              <w:spacing w:after="0"/>
              <w:jc w:val="center"/>
            </w:pPr>
            <w:r>
              <w:rPr>
                <w:sz w:val="21"/>
              </w:rPr>
              <w:lastRenderedPageBreak/>
              <w:t>2</w:t>
            </w:r>
          </w:p>
        </w:tc>
        <w:tc>
          <w:tcPr>
            <w:tcW w:w="3168" w:type="dxa"/>
            <w:tcMar>
              <w:top w:w="100" w:type="dxa"/>
              <w:left w:w="100" w:type="dxa"/>
              <w:bottom w:w="100" w:type="dxa"/>
              <w:right w:w="100" w:type="dxa"/>
            </w:tcMar>
          </w:tcPr>
          <w:p w14:paraId="046B68CD" w14:textId="77777777" w:rsidR="00FE11F8" w:rsidRDefault="00FE11F8" w:rsidP="00FE11F8">
            <w:pPr>
              <w:spacing w:after="0"/>
            </w:pPr>
            <w:r>
              <w:rPr>
                <w:sz w:val="21"/>
              </w:rPr>
              <w:t>Tổ chức các hoạt động tuyên truyền Ngày Công dân số Việt Nam (ngày 15/10)</w:t>
            </w:r>
          </w:p>
        </w:tc>
        <w:tc>
          <w:tcPr>
            <w:tcW w:w="1728" w:type="dxa"/>
            <w:tcMar>
              <w:top w:w="100" w:type="dxa"/>
              <w:left w:w="100" w:type="dxa"/>
              <w:bottom w:w="100" w:type="dxa"/>
              <w:right w:w="100" w:type="dxa"/>
            </w:tcMar>
          </w:tcPr>
          <w:p w14:paraId="27A0275D" w14:textId="5B5EBEBD" w:rsidR="00FE11F8" w:rsidRPr="001D2E9D" w:rsidRDefault="006269C4" w:rsidP="00FE11F8">
            <w:pPr>
              <w:spacing w:after="0"/>
              <w:rPr>
                <w:lang w:val="vi-VN"/>
              </w:rPr>
            </w:pPr>
            <w:r>
              <w:rPr>
                <w:sz w:val="21"/>
              </w:rPr>
              <w:t xml:space="preserve">Phòng </w:t>
            </w:r>
            <w:r w:rsidR="001D2E9D">
              <w:rPr>
                <w:sz w:val="21"/>
                <w:lang w:val="vi-VN"/>
              </w:rPr>
              <w:t>VH-XH</w:t>
            </w:r>
          </w:p>
        </w:tc>
        <w:tc>
          <w:tcPr>
            <w:tcW w:w="1728" w:type="dxa"/>
            <w:tcMar>
              <w:top w:w="100" w:type="dxa"/>
              <w:left w:w="100" w:type="dxa"/>
              <w:bottom w:w="100" w:type="dxa"/>
              <w:right w:w="100" w:type="dxa"/>
            </w:tcMar>
          </w:tcPr>
          <w:p w14:paraId="4612D8AD" w14:textId="77777777" w:rsidR="00FE11F8" w:rsidRPr="001D2E9D" w:rsidRDefault="006269C4" w:rsidP="006269C4">
            <w:pPr>
              <w:spacing w:after="0"/>
              <w:rPr>
                <w:lang w:val="vi-VN"/>
              </w:rPr>
            </w:pPr>
            <w:r w:rsidRPr="001D2E9D">
              <w:rPr>
                <w:sz w:val="21"/>
                <w:lang w:val="vi-VN"/>
              </w:rPr>
              <w:t>Các phòng</w:t>
            </w:r>
            <w:r w:rsidR="00FE11F8" w:rsidRPr="001D2E9D">
              <w:rPr>
                <w:sz w:val="21"/>
                <w:lang w:val="vi-VN"/>
              </w:rPr>
              <w:t>, ban, ngành</w:t>
            </w:r>
            <w:r w:rsidRPr="001D2E9D">
              <w:rPr>
                <w:sz w:val="21"/>
                <w:lang w:val="vi-VN"/>
              </w:rPr>
              <w:t xml:space="preserve"> cấp xã</w:t>
            </w:r>
            <w:r w:rsidR="00FE11F8" w:rsidRPr="001D2E9D">
              <w:rPr>
                <w:sz w:val="21"/>
                <w:lang w:val="vi-VN"/>
              </w:rPr>
              <w:t xml:space="preserve"> và </w:t>
            </w:r>
            <w:r w:rsidRPr="001D2E9D">
              <w:rPr>
                <w:sz w:val="21"/>
                <w:lang w:val="vi-VN"/>
              </w:rPr>
              <w:t>Ban lãnh đạo các thôn; Các trường học</w:t>
            </w:r>
          </w:p>
        </w:tc>
        <w:tc>
          <w:tcPr>
            <w:tcW w:w="1584" w:type="dxa"/>
            <w:tcMar>
              <w:top w:w="100" w:type="dxa"/>
              <w:left w:w="100" w:type="dxa"/>
              <w:bottom w:w="100" w:type="dxa"/>
              <w:right w:w="100" w:type="dxa"/>
            </w:tcMar>
          </w:tcPr>
          <w:p w14:paraId="5C0F4009" w14:textId="77777777" w:rsidR="00FE11F8" w:rsidRDefault="00FE11F8" w:rsidP="00FE11F8">
            <w:pPr>
              <w:spacing w:after="0"/>
            </w:pPr>
            <w:r>
              <w:rPr>
                <w:sz w:val="21"/>
              </w:rPr>
              <w:t>Hằng năm (dịp 15/10)</w:t>
            </w:r>
          </w:p>
        </w:tc>
        <w:tc>
          <w:tcPr>
            <w:tcW w:w="3251" w:type="dxa"/>
            <w:tcMar>
              <w:top w:w="100" w:type="dxa"/>
              <w:left w:w="100" w:type="dxa"/>
              <w:bottom w:w="100" w:type="dxa"/>
              <w:right w:w="100" w:type="dxa"/>
            </w:tcMar>
          </w:tcPr>
          <w:p w14:paraId="50187548" w14:textId="77777777" w:rsidR="00FE11F8" w:rsidRDefault="00FE11F8" w:rsidP="00FE11F8">
            <w:pPr>
              <w:spacing w:after="0"/>
            </w:pPr>
            <w:r>
              <w:rPr>
                <w:sz w:val="21"/>
              </w:rPr>
              <w:t>Kế hoạch tổ chức; các hoạt động tuyên truyền được triển khai</w:t>
            </w:r>
          </w:p>
        </w:tc>
      </w:tr>
      <w:tr w:rsidR="00121FCA" w14:paraId="104E7108" w14:textId="77777777" w:rsidTr="0095491B">
        <w:trPr>
          <w:jc w:val="center"/>
        </w:trPr>
        <w:tc>
          <w:tcPr>
            <w:tcW w:w="13462" w:type="dxa"/>
            <w:gridSpan w:val="6"/>
            <w:tcMar>
              <w:top w:w="100" w:type="dxa"/>
              <w:left w:w="100" w:type="dxa"/>
              <w:bottom w:w="100" w:type="dxa"/>
              <w:right w:w="100" w:type="dxa"/>
            </w:tcMar>
          </w:tcPr>
          <w:p w14:paraId="31E098B0" w14:textId="77777777" w:rsidR="00121FCA" w:rsidRDefault="00121FCA" w:rsidP="009429D4">
            <w:pPr>
              <w:spacing w:after="0"/>
            </w:pPr>
            <w:r>
              <w:rPr>
                <w:b/>
                <w:sz w:val="22"/>
              </w:rPr>
              <w:t>III. Tái cấu trúc quy trình, cung cấp dịch vụ công trực tuyến áp dụng chính sách ưu đãi</w:t>
            </w:r>
          </w:p>
        </w:tc>
      </w:tr>
      <w:tr w:rsidR="00121FCA" w14:paraId="395F4181" w14:textId="77777777" w:rsidTr="009429D4">
        <w:trPr>
          <w:jc w:val="center"/>
        </w:trPr>
        <w:tc>
          <w:tcPr>
            <w:tcW w:w="2003" w:type="dxa"/>
            <w:tcMar>
              <w:top w:w="100" w:type="dxa"/>
              <w:left w:w="100" w:type="dxa"/>
              <w:bottom w:w="100" w:type="dxa"/>
              <w:right w:w="100" w:type="dxa"/>
            </w:tcMar>
          </w:tcPr>
          <w:p w14:paraId="2C52F242" w14:textId="77777777" w:rsidR="00121FCA" w:rsidRDefault="00F80EB2" w:rsidP="00121FCA">
            <w:pPr>
              <w:spacing w:after="0"/>
              <w:jc w:val="center"/>
            </w:pPr>
            <w:r>
              <w:rPr>
                <w:sz w:val="21"/>
              </w:rPr>
              <w:t>1</w:t>
            </w:r>
          </w:p>
        </w:tc>
        <w:tc>
          <w:tcPr>
            <w:tcW w:w="3168" w:type="dxa"/>
            <w:tcMar>
              <w:top w:w="100" w:type="dxa"/>
              <w:left w:w="100" w:type="dxa"/>
              <w:bottom w:w="100" w:type="dxa"/>
              <w:right w:w="100" w:type="dxa"/>
            </w:tcMar>
          </w:tcPr>
          <w:p w14:paraId="0524AA38" w14:textId="77777777" w:rsidR="00121FCA" w:rsidRDefault="00F80EB2" w:rsidP="006909FC">
            <w:pPr>
              <w:spacing w:after="0"/>
              <w:jc w:val="both"/>
            </w:pPr>
            <w:r>
              <w:rPr>
                <w:sz w:val="21"/>
              </w:rPr>
              <w:t>Hướng dẫn công dân t</w:t>
            </w:r>
            <w:r w:rsidR="00121FCA">
              <w:rPr>
                <w:sz w:val="21"/>
              </w:rPr>
              <w:t>ích hợp phương thức sử dụng chữ ký số công cộng trên ứng dụng định danh quốc gia để ký số trên các biểu mẫu, tờ khai đối với các thủ tục hành chính thuộc thẩm quyền giải quyết của tỉnh.</w:t>
            </w:r>
          </w:p>
        </w:tc>
        <w:tc>
          <w:tcPr>
            <w:tcW w:w="1728" w:type="dxa"/>
            <w:tcMar>
              <w:top w:w="100" w:type="dxa"/>
              <w:left w:w="100" w:type="dxa"/>
              <w:bottom w:w="100" w:type="dxa"/>
              <w:right w:w="100" w:type="dxa"/>
            </w:tcMar>
          </w:tcPr>
          <w:p w14:paraId="6AA2CA75" w14:textId="77777777" w:rsidR="00121FCA" w:rsidRDefault="00121FCA" w:rsidP="00BB5CDA">
            <w:pPr>
              <w:spacing w:after="0"/>
            </w:pPr>
            <w:r>
              <w:rPr>
                <w:sz w:val="21"/>
              </w:rPr>
              <w:t xml:space="preserve">Các </w:t>
            </w:r>
            <w:r w:rsidR="00BB5CDA">
              <w:rPr>
                <w:sz w:val="21"/>
              </w:rPr>
              <w:t>phòng</w:t>
            </w:r>
            <w:r>
              <w:rPr>
                <w:sz w:val="21"/>
              </w:rPr>
              <w:t>, ban, ngành</w:t>
            </w:r>
            <w:r w:rsidR="00BB5CDA">
              <w:rPr>
                <w:sz w:val="21"/>
              </w:rPr>
              <w:t xml:space="preserve"> cấp xã</w:t>
            </w:r>
          </w:p>
        </w:tc>
        <w:tc>
          <w:tcPr>
            <w:tcW w:w="1728" w:type="dxa"/>
            <w:tcMar>
              <w:top w:w="100" w:type="dxa"/>
              <w:left w:w="100" w:type="dxa"/>
              <w:bottom w:w="100" w:type="dxa"/>
              <w:right w:w="100" w:type="dxa"/>
            </w:tcMar>
          </w:tcPr>
          <w:p w14:paraId="023DD97A" w14:textId="48C21F5F" w:rsidR="00121FCA" w:rsidRDefault="00121FCA" w:rsidP="00BB5CDA">
            <w:pPr>
              <w:spacing w:after="0"/>
            </w:pPr>
            <w:r>
              <w:rPr>
                <w:sz w:val="21"/>
              </w:rPr>
              <w:t>Văn phòng</w:t>
            </w:r>
            <w:r w:rsidR="001D2E9D">
              <w:rPr>
                <w:sz w:val="21"/>
                <w:lang w:val="vi-VN"/>
              </w:rPr>
              <w:t xml:space="preserve"> HĐND -</w:t>
            </w:r>
            <w:r>
              <w:rPr>
                <w:sz w:val="21"/>
              </w:rPr>
              <w:t xml:space="preserve"> UBND </w:t>
            </w:r>
            <w:r w:rsidR="00BB5CDA">
              <w:rPr>
                <w:sz w:val="21"/>
              </w:rPr>
              <w:t>xã</w:t>
            </w:r>
          </w:p>
        </w:tc>
        <w:tc>
          <w:tcPr>
            <w:tcW w:w="1584" w:type="dxa"/>
            <w:tcMar>
              <w:top w:w="100" w:type="dxa"/>
              <w:left w:w="100" w:type="dxa"/>
              <w:bottom w:w="100" w:type="dxa"/>
              <w:right w:w="100" w:type="dxa"/>
            </w:tcMar>
          </w:tcPr>
          <w:p w14:paraId="19CCD12C" w14:textId="77777777" w:rsidR="00121FCA" w:rsidRDefault="00121FCA" w:rsidP="00121FCA">
            <w:pPr>
              <w:spacing w:after="0"/>
            </w:pPr>
            <w:r>
              <w:rPr>
                <w:sz w:val="21"/>
              </w:rPr>
              <w:t>Hoàn thành trước 15/8/2026</w:t>
            </w:r>
          </w:p>
        </w:tc>
        <w:tc>
          <w:tcPr>
            <w:tcW w:w="3251" w:type="dxa"/>
            <w:tcMar>
              <w:top w:w="100" w:type="dxa"/>
              <w:left w:w="100" w:type="dxa"/>
              <w:bottom w:w="100" w:type="dxa"/>
              <w:right w:w="100" w:type="dxa"/>
            </w:tcMar>
          </w:tcPr>
          <w:p w14:paraId="61815323" w14:textId="77777777" w:rsidR="00121FCA" w:rsidRDefault="00121FCA" w:rsidP="00121FCA">
            <w:pPr>
              <w:spacing w:after="0"/>
            </w:pPr>
            <w:r>
              <w:rPr>
                <w:sz w:val="21"/>
              </w:rPr>
              <w:t>100% thủ tục hành chính đủ điều kiện được tích hợp chữ ký số công cộng</w:t>
            </w:r>
          </w:p>
        </w:tc>
      </w:tr>
      <w:tr w:rsidR="00121FCA" w14:paraId="17F4C60F" w14:textId="77777777" w:rsidTr="009429D4">
        <w:trPr>
          <w:jc w:val="center"/>
        </w:trPr>
        <w:tc>
          <w:tcPr>
            <w:tcW w:w="2003" w:type="dxa"/>
            <w:tcMar>
              <w:top w:w="100" w:type="dxa"/>
              <w:left w:w="100" w:type="dxa"/>
              <w:bottom w:w="100" w:type="dxa"/>
              <w:right w:w="100" w:type="dxa"/>
            </w:tcMar>
          </w:tcPr>
          <w:p w14:paraId="1660B8E6" w14:textId="77777777" w:rsidR="00121FCA" w:rsidRDefault="00F80EB2" w:rsidP="00121FCA">
            <w:pPr>
              <w:spacing w:after="0"/>
              <w:jc w:val="center"/>
            </w:pPr>
            <w:r>
              <w:rPr>
                <w:sz w:val="21"/>
              </w:rPr>
              <w:t>2</w:t>
            </w:r>
          </w:p>
        </w:tc>
        <w:tc>
          <w:tcPr>
            <w:tcW w:w="3168" w:type="dxa"/>
            <w:tcMar>
              <w:top w:w="100" w:type="dxa"/>
              <w:left w:w="100" w:type="dxa"/>
              <w:bottom w:w="100" w:type="dxa"/>
              <w:right w:w="100" w:type="dxa"/>
            </w:tcMar>
          </w:tcPr>
          <w:p w14:paraId="17A20A87" w14:textId="77777777" w:rsidR="00121FCA" w:rsidRDefault="00121FCA" w:rsidP="006909FC">
            <w:pPr>
              <w:spacing w:after="0"/>
              <w:jc w:val="both"/>
            </w:pPr>
            <w:r>
              <w:rPr>
                <w:sz w:val="21"/>
              </w:rPr>
              <w:t>Tham mưu công bố, công khai danh mục thủ tục hành chính áp dụng chính sách miễn, giảm phí, lệ phí đối với công dân số theo quy định tại Phụ lục II và Phụ lục III ban hành kèm theo Nghị quyết số 66.22/2026/NQ-CP.</w:t>
            </w:r>
          </w:p>
        </w:tc>
        <w:tc>
          <w:tcPr>
            <w:tcW w:w="1728" w:type="dxa"/>
            <w:tcMar>
              <w:top w:w="100" w:type="dxa"/>
              <w:left w:w="100" w:type="dxa"/>
              <w:bottom w:w="100" w:type="dxa"/>
              <w:right w:w="100" w:type="dxa"/>
            </w:tcMar>
          </w:tcPr>
          <w:p w14:paraId="3E7A8EA5" w14:textId="77777777" w:rsidR="00121FCA" w:rsidRDefault="00BB5CDA" w:rsidP="00121FCA">
            <w:pPr>
              <w:spacing w:after="0"/>
            </w:pPr>
            <w:r>
              <w:rPr>
                <w:sz w:val="21"/>
              </w:rPr>
              <w:t>Các phòng</w:t>
            </w:r>
            <w:r w:rsidR="00121FCA">
              <w:rPr>
                <w:sz w:val="21"/>
              </w:rPr>
              <w:t>, ban, ngành có thẩm quyền giải TTHC ưu đãi theo Nghị quyết</w:t>
            </w:r>
          </w:p>
        </w:tc>
        <w:tc>
          <w:tcPr>
            <w:tcW w:w="1728" w:type="dxa"/>
            <w:tcMar>
              <w:top w:w="100" w:type="dxa"/>
              <w:left w:w="100" w:type="dxa"/>
              <w:bottom w:w="100" w:type="dxa"/>
              <w:right w:w="100" w:type="dxa"/>
            </w:tcMar>
          </w:tcPr>
          <w:p w14:paraId="7EBF3338" w14:textId="37022455" w:rsidR="00121FCA" w:rsidRDefault="001D2E9D" w:rsidP="00121FCA">
            <w:pPr>
              <w:spacing w:after="0"/>
            </w:pPr>
            <w:r>
              <w:rPr>
                <w:sz w:val="21"/>
              </w:rPr>
              <w:t>Văn phòng</w:t>
            </w:r>
            <w:r>
              <w:rPr>
                <w:sz w:val="21"/>
                <w:lang w:val="vi-VN"/>
              </w:rPr>
              <w:t xml:space="preserve"> HĐND -</w:t>
            </w:r>
            <w:r>
              <w:rPr>
                <w:sz w:val="21"/>
              </w:rPr>
              <w:t xml:space="preserve"> UBND xã</w:t>
            </w:r>
          </w:p>
        </w:tc>
        <w:tc>
          <w:tcPr>
            <w:tcW w:w="1584" w:type="dxa"/>
            <w:tcMar>
              <w:top w:w="100" w:type="dxa"/>
              <w:left w:w="100" w:type="dxa"/>
              <w:bottom w:w="100" w:type="dxa"/>
              <w:right w:w="100" w:type="dxa"/>
            </w:tcMar>
          </w:tcPr>
          <w:p w14:paraId="081CDF09" w14:textId="77777777" w:rsidR="00121FCA" w:rsidRDefault="00121FCA" w:rsidP="00121FCA">
            <w:pPr>
              <w:spacing w:after="0"/>
            </w:pPr>
            <w:r>
              <w:rPr>
                <w:sz w:val="21"/>
              </w:rPr>
              <w:t>Hoàn thành trước 15/8/2026</w:t>
            </w:r>
          </w:p>
        </w:tc>
        <w:tc>
          <w:tcPr>
            <w:tcW w:w="3251" w:type="dxa"/>
            <w:tcMar>
              <w:top w:w="100" w:type="dxa"/>
              <w:left w:w="100" w:type="dxa"/>
              <w:bottom w:w="100" w:type="dxa"/>
              <w:right w:w="100" w:type="dxa"/>
            </w:tcMar>
          </w:tcPr>
          <w:p w14:paraId="56A52121" w14:textId="77777777" w:rsidR="00121FCA" w:rsidRDefault="00121FCA" w:rsidP="00121FCA">
            <w:pPr>
              <w:spacing w:after="0"/>
            </w:pPr>
            <w:r>
              <w:rPr>
                <w:sz w:val="21"/>
              </w:rPr>
              <w:t>100% thủ tục hành chính công bố, công khai danh mục chính sách miễn, giảm phí, lệ phí</w:t>
            </w:r>
          </w:p>
        </w:tc>
      </w:tr>
      <w:tr w:rsidR="00EC7FC0" w14:paraId="6749715F" w14:textId="77777777" w:rsidTr="004B1BB9">
        <w:trPr>
          <w:jc w:val="center"/>
        </w:trPr>
        <w:tc>
          <w:tcPr>
            <w:tcW w:w="13462" w:type="dxa"/>
            <w:gridSpan w:val="6"/>
            <w:tcMar>
              <w:top w:w="100" w:type="dxa"/>
              <w:left w:w="100" w:type="dxa"/>
              <w:bottom w:w="100" w:type="dxa"/>
              <w:right w:w="100" w:type="dxa"/>
            </w:tcMar>
          </w:tcPr>
          <w:p w14:paraId="245EE379" w14:textId="77777777" w:rsidR="00EC7FC0" w:rsidRDefault="00EC7FC0" w:rsidP="009429D4">
            <w:pPr>
              <w:spacing w:after="0"/>
            </w:pPr>
            <w:r>
              <w:rPr>
                <w:b/>
                <w:sz w:val="22"/>
              </w:rPr>
              <w:t>IV. Phát triển công dân số gắn với khai thác hiệu quả dữ liệu số, định danh và xác thực điện tử</w:t>
            </w:r>
          </w:p>
        </w:tc>
      </w:tr>
      <w:tr w:rsidR="00EC7FC0" w14:paraId="7D39B699" w14:textId="77777777" w:rsidTr="009429D4">
        <w:trPr>
          <w:jc w:val="center"/>
        </w:trPr>
        <w:tc>
          <w:tcPr>
            <w:tcW w:w="2003" w:type="dxa"/>
            <w:tcMar>
              <w:top w:w="100" w:type="dxa"/>
              <w:left w:w="100" w:type="dxa"/>
              <w:bottom w:w="100" w:type="dxa"/>
              <w:right w:w="100" w:type="dxa"/>
            </w:tcMar>
          </w:tcPr>
          <w:p w14:paraId="078F303E" w14:textId="77777777" w:rsidR="00EC7FC0" w:rsidRDefault="00EC7FC0" w:rsidP="00EC7FC0">
            <w:pPr>
              <w:spacing w:after="0"/>
              <w:jc w:val="center"/>
            </w:pPr>
            <w:r>
              <w:rPr>
                <w:sz w:val="21"/>
              </w:rPr>
              <w:t>1</w:t>
            </w:r>
          </w:p>
        </w:tc>
        <w:tc>
          <w:tcPr>
            <w:tcW w:w="3168" w:type="dxa"/>
            <w:tcMar>
              <w:top w:w="100" w:type="dxa"/>
              <w:left w:w="100" w:type="dxa"/>
              <w:bottom w:w="100" w:type="dxa"/>
              <w:right w:w="100" w:type="dxa"/>
            </w:tcMar>
          </w:tcPr>
          <w:p w14:paraId="1B3A6F20" w14:textId="77777777" w:rsidR="00EC7FC0" w:rsidRDefault="00EC7FC0" w:rsidP="00EC7FC0">
            <w:pPr>
              <w:spacing w:after="0"/>
            </w:pPr>
            <w:r>
              <w:rPr>
                <w:sz w:val="21"/>
              </w:rPr>
              <w:t>Tổ chức đẩy mạnh thu nhận hồ sơ cấp thẻ Căn cước, tài khoản định danh điện tử đối với công dân chưa được cấp</w:t>
            </w:r>
          </w:p>
        </w:tc>
        <w:tc>
          <w:tcPr>
            <w:tcW w:w="1728" w:type="dxa"/>
            <w:tcMar>
              <w:top w:w="100" w:type="dxa"/>
              <w:left w:w="100" w:type="dxa"/>
              <w:bottom w:w="100" w:type="dxa"/>
              <w:right w:w="100" w:type="dxa"/>
            </w:tcMar>
          </w:tcPr>
          <w:p w14:paraId="2BC5E5BC" w14:textId="77777777" w:rsidR="00EC7FC0" w:rsidRDefault="00EC7FC0" w:rsidP="00805174">
            <w:pPr>
              <w:spacing w:after="0"/>
            </w:pPr>
            <w:r>
              <w:rPr>
                <w:sz w:val="21"/>
              </w:rPr>
              <w:t>Công an</w:t>
            </w:r>
            <w:r w:rsidR="00805174">
              <w:rPr>
                <w:sz w:val="21"/>
              </w:rPr>
              <w:t xml:space="preserve"> xã</w:t>
            </w:r>
          </w:p>
        </w:tc>
        <w:tc>
          <w:tcPr>
            <w:tcW w:w="1728" w:type="dxa"/>
            <w:tcMar>
              <w:top w:w="100" w:type="dxa"/>
              <w:left w:w="100" w:type="dxa"/>
              <w:bottom w:w="100" w:type="dxa"/>
              <w:right w:w="100" w:type="dxa"/>
            </w:tcMar>
          </w:tcPr>
          <w:p w14:paraId="620B1F3B" w14:textId="77777777" w:rsidR="00EC7FC0" w:rsidRDefault="00805174" w:rsidP="00EC7FC0">
            <w:pPr>
              <w:spacing w:after="0"/>
            </w:pPr>
            <w:r>
              <w:rPr>
                <w:sz w:val="21"/>
              </w:rPr>
              <w:t>Tổ CĐS các thôn</w:t>
            </w:r>
          </w:p>
        </w:tc>
        <w:tc>
          <w:tcPr>
            <w:tcW w:w="1584" w:type="dxa"/>
            <w:tcMar>
              <w:top w:w="100" w:type="dxa"/>
              <w:left w:w="100" w:type="dxa"/>
              <w:bottom w:w="100" w:type="dxa"/>
              <w:right w:w="100" w:type="dxa"/>
            </w:tcMar>
          </w:tcPr>
          <w:p w14:paraId="5FBA14A4" w14:textId="77777777" w:rsidR="00EC7FC0" w:rsidRDefault="00EC7FC0" w:rsidP="00EC7FC0">
            <w:pPr>
              <w:spacing w:after="0"/>
            </w:pPr>
            <w:r>
              <w:rPr>
                <w:sz w:val="21"/>
              </w:rPr>
              <w:t>Thực hiện thường xuyên</w:t>
            </w:r>
          </w:p>
        </w:tc>
        <w:tc>
          <w:tcPr>
            <w:tcW w:w="3251" w:type="dxa"/>
            <w:tcMar>
              <w:top w:w="100" w:type="dxa"/>
              <w:left w:w="100" w:type="dxa"/>
              <w:bottom w:w="100" w:type="dxa"/>
              <w:right w:w="100" w:type="dxa"/>
            </w:tcMar>
          </w:tcPr>
          <w:p w14:paraId="00B6BB3D" w14:textId="77777777" w:rsidR="00EC7FC0" w:rsidRDefault="00EC7FC0" w:rsidP="00EC7FC0">
            <w:pPr>
              <w:spacing w:after="0"/>
            </w:pPr>
            <w:r>
              <w:rPr>
                <w:sz w:val="21"/>
              </w:rPr>
              <w:t>100% công dân đủ điều kiện được cấp thẻ Căn cước, tài khoản định danh điện tử</w:t>
            </w:r>
          </w:p>
        </w:tc>
      </w:tr>
      <w:tr w:rsidR="00EC7FC0" w14:paraId="1D3732B0" w14:textId="77777777" w:rsidTr="009429D4">
        <w:trPr>
          <w:jc w:val="center"/>
        </w:trPr>
        <w:tc>
          <w:tcPr>
            <w:tcW w:w="2003" w:type="dxa"/>
            <w:tcMar>
              <w:top w:w="100" w:type="dxa"/>
              <w:left w:w="100" w:type="dxa"/>
              <w:bottom w:w="100" w:type="dxa"/>
              <w:right w:w="100" w:type="dxa"/>
            </w:tcMar>
          </w:tcPr>
          <w:p w14:paraId="2A1F0891" w14:textId="77777777" w:rsidR="00EC7FC0" w:rsidRDefault="00EC7FC0" w:rsidP="00EC7FC0">
            <w:pPr>
              <w:spacing w:after="0"/>
              <w:jc w:val="center"/>
            </w:pPr>
            <w:r>
              <w:rPr>
                <w:sz w:val="21"/>
              </w:rPr>
              <w:lastRenderedPageBreak/>
              <w:t>2</w:t>
            </w:r>
          </w:p>
        </w:tc>
        <w:tc>
          <w:tcPr>
            <w:tcW w:w="3168" w:type="dxa"/>
            <w:tcMar>
              <w:top w:w="100" w:type="dxa"/>
              <w:left w:w="100" w:type="dxa"/>
              <w:bottom w:w="100" w:type="dxa"/>
              <w:right w:w="100" w:type="dxa"/>
            </w:tcMar>
          </w:tcPr>
          <w:p w14:paraId="039860CC" w14:textId="77777777" w:rsidR="00EC7FC0" w:rsidRDefault="00EC7FC0" w:rsidP="00EC7FC0">
            <w:pPr>
              <w:spacing w:after="0"/>
            </w:pPr>
            <w:r>
              <w:rPr>
                <w:sz w:val="21"/>
              </w:rPr>
              <w:t>Đẩy mạnh tuyên truyền, hướng dẫn Nhân dân cài đặt kích hoạt tài khoản định danh điện tử mức độ 2;</w:t>
            </w:r>
            <w:r>
              <w:rPr>
                <w:sz w:val="21"/>
              </w:rPr>
              <w:br/>
              <w:t>- Hỗ trợ, hướng dẫn Nhân dân tích hợp đủ 05 loại giấy tờ cơ bản là điều kiện tiên quyết để công dân được hưởng các chính sách ưu đãi theo quy định, gồm:</w:t>
            </w:r>
            <w:r>
              <w:rPr>
                <w:sz w:val="21"/>
              </w:rPr>
              <w:br/>
              <w:t>+ Giấy khai sinh;</w:t>
            </w:r>
            <w:r>
              <w:rPr>
                <w:sz w:val="21"/>
              </w:rPr>
              <w:br/>
              <w:t>+ Thông tin thẻ ngân hàng/tài khoản thanh toán/ví điện tử tài khoản tiền di động;</w:t>
            </w:r>
            <w:r>
              <w:rPr>
                <w:sz w:val="21"/>
              </w:rPr>
              <w:br/>
              <w:t>+ Thông tin tài khoản an sinh xã hội;</w:t>
            </w:r>
            <w:r>
              <w:rPr>
                <w:sz w:val="21"/>
              </w:rPr>
              <w:br/>
              <w:t>+ Thông tin số thuê bao di động;</w:t>
            </w:r>
            <w:r>
              <w:rPr>
                <w:sz w:val="21"/>
              </w:rPr>
              <w:br/>
              <w:t>+ Sổ sức khỏe điện tử.</w:t>
            </w:r>
          </w:p>
        </w:tc>
        <w:tc>
          <w:tcPr>
            <w:tcW w:w="1728" w:type="dxa"/>
            <w:tcMar>
              <w:top w:w="100" w:type="dxa"/>
              <w:left w:w="100" w:type="dxa"/>
              <w:bottom w:w="100" w:type="dxa"/>
              <w:right w:w="100" w:type="dxa"/>
            </w:tcMar>
          </w:tcPr>
          <w:p w14:paraId="07C6157B" w14:textId="68389C8E" w:rsidR="00EC7FC0" w:rsidRPr="001D2E9D" w:rsidRDefault="00261D79" w:rsidP="00EC7FC0">
            <w:pPr>
              <w:spacing w:after="0"/>
              <w:rPr>
                <w:sz w:val="21"/>
                <w:lang w:val="vi-VN"/>
              </w:rPr>
            </w:pPr>
            <w:r>
              <w:rPr>
                <w:sz w:val="21"/>
              </w:rPr>
              <w:t>Công an xã</w:t>
            </w:r>
            <w:r w:rsidR="001D2E9D">
              <w:rPr>
                <w:sz w:val="21"/>
                <w:lang w:val="vi-VN"/>
              </w:rPr>
              <w:t>,</w:t>
            </w:r>
          </w:p>
          <w:p w14:paraId="5532B8F8" w14:textId="5A454238" w:rsidR="00261D79" w:rsidRPr="001D2E9D" w:rsidRDefault="00261D79" w:rsidP="00EC7FC0">
            <w:pPr>
              <w:spacing w:after="0"/>
              <w:rPr>
                <w:sz w:val="21"/>
                <w:lang w:val="vi-VN"/>
              </w:rPr>
            </w:pPr>
            <w:r>
              <w:rPr>
                <w:sz w:val="21"/>
              </w:rPr>
              <w:t xml:space="preserve">Phòng </w:t>
            </w:r>
            <w:r w:rsidR="001D2E9D">
              <w:rPr>
                <w:sz w:val="21"/>
                <w:lang w:val="vi-VN"/>
              </w:rPr>
              <w:t>VH-XH</w:t>
            </w:r>
          </w:p>
          <w:p w14:paraId="15EEDF28" w14:textId="77777777" w:rsidR="00261D79" w:rsidRPr="001D2E9D" w:rsidRDefault="00261D79" w:rsidP="00EC7FC0">
            <w:pPr>
              <w:spacing w:after="0"/>
              <w:rPr>
                <w:lang w:val="vi-VN"/>
              </w:rPr>
            </w:pPr>
            <w:r w:rsidRPr="001D2E9D">
              <w:rPr>
                <w:sz w:val="21"/>
                <w:lang w:val="vi-VN"/>
              </w:rPr>
              <w:t>Trung tâm dịch vụ tổng hợp</w:t>
            </w:r>
          </w:p>
        </w:tc>
        <w:tc>
          <w:tcPr>
            <w:tcW w:w="1728" w:type="dxa"/>
            <w:tcMar>
              <w:top w:w="100" w:type="dxa"/>
              <w:left w:w="100" w:type="dxa"/>
              <w:bottom w:w="100" w:type="dxa"/>
              <w:right w:w="100" w:type="dxa"/>
            </w:tcMar>
          </w:tcPr>
          <w:p w14:paraId="07F3CBF0" w14:textId="77777777" w:rsidR="00EC7FC0" w:rsidRDefault="00261D79" w:rsidP="00EC7FC0">
            <w:pPr>
              <w:spacing w:after="0"/>
            </w:pPr>
            <w:r>
              <w:rPr>
                <w:sz w:val="21"/>
              </w:rPr>
              <w:t>Các Phòng, ban ngành có liên quan, Tổ CĐS các thôn, Các trường học</w:t>
            </w:r>
          </w:p>
        </w:tc>
        <w:tc>
          <w:tcPr>
            <w:tcW w:w="1584" w:type="dxa"/>
            <w:tcMar>
              <w:top w:w="100" w:type="dxa"/>
              <w:left w:w="100" w:type="dxa"/>
              <w:bottom w:w="100" w:type="dxa"/>
              <w:right w:w="100" w:type="dxa"/>
            </w:tcMar>
          </w:tcPr>
          <w:p w14:paraId="2EE377D3" w14:textId="77777777" w:rsidR="00EC7FC0" w:rsidRDefault="00EC7FC0" w:rsidP="00EC7FC0">
            <w:pPr>
              <w:spacing w:after="0"/>
            </w:pPr>
            <w:r>
              <w:rPr>
                <w:sz w:val="21"/>
              </w:rPr>
              <w:t>Duy trì thường xuyên, trọng tâm trong giai đoạn Nghị quyết có hiệu lực đến ngày 30/8/2026</w:t>
            </w:r>
          </w:p>
        </w:tc>
        <w:tc>
          <w:tcPr>
            <w:tcW w:w="3251" w:type="dxa"/>
            <w:tcMar>
              <w:top w:w="100" w:type="dxa"/>
              <w:left w:w="100" w:type="dxa"/>
              <w:bottom w:w="100" w:type="dxa"/>
              <w:right w:w="100" w:type="dxa"/>
            </w:tcMar>
          </w:tcPr>
          <w:p w14:paraId="6778B7FC" w14:textId="77777777" w:rsidR="00EC7FC0" w:rsidRDefault="00EC7FC0" w:rsidP="00EC7FC0">
            <w:pPr>
              <w:spacing w:after="0"/>
            </w:pPr>
            <w:r>
              <w:rPr>
                <w:sz w:val="21"/>
              </w:rPr>
              <w:t>Hoàn thành kích hoạt tài khoản định danh đủ điều kiện trước 30/8/2026; Hàng tháng duy trì trên 90% công dân từ đủ 6 tuổi trở lên được kích hoạt tài khoản định danh điện tử mức độ 2.</w:t>
            </w:r>
            <w:r>
              <w:rPr>
                <w:sz w:val="21"/>
              </w:rPr>
              <w:br/>
              <w:t>Hướng dẫn, hỗ trợ 50% công dân có tài khoản định danh điện tử mức độ 2 đủ điều kiện tích hợp 05 loại giấy tờ cơ bản, ưu tiên nhóm công dân thường xuyên thực hiện thủ tục hành chính.</w:t>
            </w:r>
            <w:r>
              <w:rPr>
                <w:sz w:val="21"/>
              </w:rPr>
              <w:br/>
              <w:t>100% cơ quan nhà nước trên địa bàn tỉnh khai thác các thông tin cá nhân trên tài khoản định danh điện tử mức độ 2 của công dân trong tiếp nhận, giải quyết thủ tục hành chính.</w:t>
            </w:r>
          </w:p>
        </w:tc>
      </w:tr>
      <w:tr w:rsidR="00CA29D9" w14:paraId="467FF93A" w14:textId="77777777" w:rsidTr="009D717B">
        <w:trPr>
          <w:jc w:val="center"/>
        </w:trPr>
        <w:tc>
          <w:tcPr>
            <w:tcW w:w="13462" w:type="dxa"/>
            <w:gridSpan w:val="6"/>
            <w:tcMar>
              <w:top w:w="100" w:type="dxa"/>
              <w:left w:w="100" w:type="dxa"/>
              <w:bottom w:w="100" w:type="dxa"/>
              <w:right w:w="100" w:type="dxa"/>
            </w:tcMar>
          </w:tcPr>
          <w:p w14:paraId="69A0523E" w14:textId="77777777" w:rsidR="00CA29D9" w:rsidRDefault="00CA29D9" w:rsidP="009429D4">
            <w:pPr>
              <w:spacing w:after="0"/>
            </w:pPr>
            <w:r>
              <w:rPr>
                <w:b/>
                <w:sz w:val="22"/>
              </w:rPr>
              <w:t>V. Phát triển hạ tầng số, dữ liệu số và hệ sinh thái công dân số</w:t>
            </w:r>
          </w:p>
        </w:tc>
      </w:tr>
      <w:tr w:rsidR="00CA29D9" w14:paraId="23914D9A" w14:textId="77777777" w:rsidTr="009429D4">
        <w:trPr>
          <w:jc w:val="center"/>
        </w:trPr>
        <w:tc>
          <w:tcPr>
            <w:tcW w:w="2003" w:type="dxa"/>
            <w:tcMar>
              <w:top w:w="100" w:type="dxa"/>
              <w:left w:w="100" w:type="dxa"/>
              <w:bottom w:w="100" w:type="dxa"/>
              <w:right w:w="100" w:type="dxa"/>
            </w:tcMar>
          </w:tcPr>
          <w:p w14:paraId="368904B5" w14:textId="77777777" w:rsidR="00CA29D9" w:rsidRDefault="00CA29D9" w:rsidP="00CA29D9">
            <w:pPr>
              <w:spacing w:after="0"/>
              <w:jc w:val="center"/>
            </w:pPr>
            <w:r>
              <w:rPr>
                <w:sz w:val="21"/>
              </w:rPr>
              <w:t>1</w:t>
            </w:r>
          </w:p>
        </w:tc>
        <w:tc>
          <w:tcPr>
            <w:tcW w:w="3168" w:type="dxa"/>
            <w:tcMar>
              <w:top w:w="100" w:type="dxa"/>
              <w:left w:w="100" w:type="dxa"/>
              <w:bottom w:w="100" w:type="dxa"/>
              <w:right w:w="100" w:type="dxa"/>
            </w:tcMar>
          </w:tcPr>
          <w:p w14:paraId="4186570A" w14:textId="77777777" w:rsidR="00CA29D9" w:rsidRDefault="00CA29D9" w:rsidP="006909FC">
            <w:pPr>
              <w:spacing w:after="0"/>
              <w:jc w:val="both"/>
            </w:pPr>
            <w:r>
              <w:rPr>
                <w:sz w:val="21"/>
              </w:rPr>
              <w:t xml:space="preserve">Triển khai các giải pháp phát triển hạ tầng số, nền tảng số, kết nối, chia sẻ dữ liệu và mở rộng hệ sinh thái công dân số; mở rộng việc sử dụng các nền tảng số, dịch vụ công trực tuyến và các tiện ích số trong giải quyết thủ tục hành chính, cung cấp dịch vụ công và các lĩnh vực thiết yếu của đời sống xã hội; thúc đẩy cung cấp các dịch vụ số, tiện ích số trong các lĩnh vực ưu tiên theo lộ trình của Chính phủ, tạo điều kiện </w:t>
            </w:r>
            <w:r>
              <w:rPr>
                <w:sz w:val="21"/>
              </w:rPr>
              <w:lastRenderedPageBreak/>
              <w:t>để người dân tiếp cận và sử dụng thuận lợi các dịch vụ số.</w:t>
            </w:r>
          </w:p>
        </w:tc>
        <w:tc>
          <w:tcPr>
            <w:tcW w:w="1728" w:type="dxa"/>
            <w:tcMar>
              <w:top w:w="100" w:type="dxa"/>
              <w:left w:w="100" w:type="dxa"/>
              <w:bottom w:w="100" w:type="dxa"/>
              <w:right w:w="100" w:type="dxa"/>
            </w:tcMar>
          </w:tcPr>
          <w:p w14:paraId="59C5F8D1" w14:textId="3626C1F0" w:rsidR="00CA29D9" w:rsidRDefault="00F0234C" w:rsidP="00CA29D9">
            <w:pPr>
              <w:spacing w:after="0"/>
              <w:rPr>
                <w:sz w:val="21"/>
              </w:rPr>
            </w:pPr>
            <w:r>
              <w:rPr>
                <w:sz w:val="21"/>
              </w:rPr>
              <w:lastRenderedPageBreak/>
              <w:t>Phòng V</w:t>
            </w:r>
            <w:r w:rsidR="001D2E9D">
              <w:rPr>
                <w:sz w:val="21"/>
                <w:lang w:val="vi-VN"/>
              </w:rPr>
              <w:t>H-XH</w:t>
            </w:r>
            <w:r w:rsidR="00535601">
              <w:rPr>
                <w:sz w:val="21"/>
              </w:rPr>
              <w:t>;</w:t>
            </w:r>
          </w:p>
          <w:p w14:paraId="1AE75021" w14:textId="4CBC4A4A" w:rsidR="00F0234C" w:rsidRPr="001D2E9D" w:rsidRDefault="001D2E9D" w:rsidP="00CA29D9">
            <w:pPr>
              <w:spacing w:after="0"/>
              <w:rPr>
                <w:lang w:val="vi-VN"/>
              </w:rPr>
            </w:pPr>
            <w:r>
              <w:rPr>
                <w:sz w:val="21"/>
              </w:rPr>
              <w:t>Văn phòng</w:t>
            </w:r>
            <w:r>
              <w:rPr>
                <w:sz w:val="21"/>
                <w:lang w:val="vi-VN"/>
              </w:rPr>
              <w:t xml:space="preserve"> HĐND -</w:t>
            </w:r>
            <w:r>
              <w:rPr>
                <w:sz w:val="21"/>
              </w:rPr>
              <w:t xml:space="preserve"> UBND</w:t>
            </w:r>
          </w:p>
        </w:tc>
        <w:tc>
          <w:tcPr>
            <w:tcW w:w="1728" w:type="dxa"/>
            <w:tcMar>
              <w:top w:w="100" w:type="dxa"/>
              <w:left w:w="100" w:type="dxa"/>
              <w:bottom w:w="100" w:type="dxa"/>
              <w:right w:w="100" w:type="dxa"/>
            </w:tcMar>
          </w:tcPr>
          <w:p w14:paraId="36F9D289" w14:textId="77777777" w:rsidR="00CA29D9" w:rsidRPr="001D2E9D" w:rsidRDefault="00CA29D9" w:rsidP="00CA29D9">
            <w:pPr>
              <w:spacing w:after="0"/>
              <w:rPr>
                <w:lang w:val="vi-VN"/>
              </w:rPr>
            </w:pPr>
            <w:r w:rsidRPr="001D2E9D">
              <w:rPr>
                <w:sz w:val="21"/>
                <w:lang w:val="vi-VN"/>
              </w:rPr>
              <w:t>Các doanh nghiệp cung cấp dịch vụ số, viễn thông trên địa bàn.</w:t>
            </w:r>
          </w:p>
        </w:tc>
        <w:tc>
          <w:tcPr>
            <w:tcW w:w="1584" w:type="dxa"/>
            <w:tcMar>
              <w:top w:w="100" w:type="dxa"/>
              <w:left w:w="100" w:type="dxa"/>
              <w:bottom w:w="100" w:type="dxa"/>
              <w:right w:w="100" w:type="dxa"/>
            </w:tcMar>
          </w:tcPr>
          <w:p w14:paraId="290EB5BA" w14:textId="77777777" w:rsidR="00CA29D9" w:rsidRDefault="00CA29D9" w:rsidP="00CA29D9">
            <w:pPr>
              <w:spacing w:after="0"/>
            </w:pPr>
            <w:r>
              <w:rPr>
                <w:sz w:val="21"/>
              </w:rPr>
              <w:t>Thực hiện thường xuyên</w:t>
            </w:r>
          </w:p>
        </w:tc>
        <w:tc>
          <w:tcPr>
            <w:tcW w:w="3251" w:type="dxa"/>
            <w:tcMar>
              <w:top w:w="100" w:type="dxa"/>
              <w:left w:w="100" w:type="dxa"/>
              <w:bottom w:w="100" w:type="dxa"/>
              <w:right w:w="100" w:type="dxa"/>
            </w:tcMar>
          </w:tcPr>
          <w:p w14:paraId="345E5FE3" w14:textId="77777777" w:rsidR="00CA29D9" w:rsidRDefault="00CA29D9" w:rsidP="00CA29D9">
            <w:pPr>
              <w:spacing w:after="0"/>
            </w:pPr>
            <w:r>
              <w:rPr>
                <w:sz w:val="21"/>
              </w:rPr>
              <w:t>Các nền tảng số, tiện ích số phục vụ người dân trong các lĩnh vực được triển khai theo đúng lộ trình</w:t>
            </w:r>
          </w:p>
        </w:tc>
      </w:tr>
      <w:tr w:rsidR="00CA29D9" w14:paraId="6CABBFDF" w14:textId="77777777" w:rsidTr="00FC776B">
        <w:trPr>
          <w:jc w:val="center"/>
        </w:trPr>
        <w:tc>
          <w:tcPr>
            <w:tcW w:w="13462" w:type="dxa"/>
            <w:gridSpan w:val="6"/>
            <w:tcMar>
              <w:top w:w="100" w:type="dxa"/>
              <w:left w:w="100" w:type="dxa"/>
              <w:bottom w:w="100" w:type="dxa"/>
              <w:right w:w="100" w:type="dxa"/>
            </w:tcMar>
          </w:tcPr>
          <w:p w14:paraId="185AC106" w14:textId="77777777" w:rsidR="00CA29D9" w:rsidRDefault="00CA29D9" w:rsidP="00337768">
            <w:pPr>
              <w:spacing w:after="0"/>
            </w:pPr>
            <w:r>
              <w:rPr>
                <w:b/>
                <w:sz w:val="22"/>
              </w:rPr>
              <w:t xml:space="preserve">VI. Nâng cao kỹ năng số, phát huy vai trò của Tổ </w:t>
            </w:r>
            <w:r w:rsidR="00337768">
              <w:rPr>
                <w:b/>
                <w:sz w:val="22"/>
              </w:rPr>
              <w:t>Chuyển đổi</w:t>
            </w:r>
            <w:r>
              <w:rPr>
                <w:b/>
                <w:sz w:val="22"/>
              </w:rPr>
              <w:t xml:space="preserve"> s</w:t>
            </w:r>
            <w:r w:rsidR="00337768">
              <w:rPr>
                <w:b/>
                <w:sz w:val="22"/>
              </w:rPr>
              <w:t>ố</w:t>
            </w:r>
            <w:r>
              <w:rPr>
                <w:b/>
                <w:sz w:val="22"/>
              </w:rPr>
              <w:t xml:space="preserve"> cộng đồng và các lực lượng tại cơ sở</w:t>
            </w:r>
          </w:p>
        </w:tc>
      </w:tr>
      <w:tr w:rsidR="00CA29D9" w14:paraId="0CD26127" w14:textId="77777777" w:rsidTr="009429D4">
        <w:trPr>
          <w:jc w:val="center"/>
        </w:trPr>
        <w:tc>
          <w:tcPr>
            <w:tcW w:w="2003" w:type="dxa"/>
            <w:tcMar>
              <w:top w:w="100" w:type="dxa"/>
              <w:left w:w="100" w:type="dxa"/>
              <w:bottom w:w="100" w:type="dxa"/>
              <w:right w:w="100" w:type="dxa"/>
            </w:tcMar>
          </w:tcPr>
          <w:p w14:paraId="13ECACCD" w14:textId="77777777" w:rsidR="00CA29D9" w:rsidRDefault="00CA29D9" w:rsidP="00CA29D9">
            <w:pPr>
              <w:spacing w:after="0"/>
              <w:jc w:val="center"/>
            </w:pPr>
            <w:r>
              <w:rPr>
                <w:sz w:val="21"/>
              </w:rPr>
              <w:t>1</w:t>
            </w:r>
          </w:p>
        </w:tc>
        <w:tc>
          <w:tcPr>
            <w:tcW w:w="3168" w:type="dxa"/>
            <w:tcMar>
              <w:top w:w="100" w:type="dxa"/>
              <w:left w:w="100" w:type="dxa"/>
              <w:bottom w:w="100" w:type="dxa"/>
              <w:right w:w="100" w:type="dxa"/>
            </w:tcMar>
          </w:tcPr>
          <w:p w14:paraId="79ADDF67" w14:textId="77777777" w:rsidR="00CA29D9" w:rsidRDefault="00CA29D9" w:rsidP="00F941C6">
            <w:pPr>
              <w:spacing w:after="0"/>
              <w:jc w:val="both"/>
            </w:pPr>
            <w:r>
              <w:rPr>
                <w:sz w:val="21"/>
              </w:rPr>
              <w:t xml:space="preserve">Kiện toàn, nâng cao hiệu quả hoạt động của Tổ </w:t>
            </w:r>
            <w:r w:rsidR="00F941C6">
              <w:rPr>
                <w:sz w:val="21"/>
              </w:rPr>
              <w:t xml:space="preserve">chuyển đổi </w:t>
            </w:r>
            <w:r>
              <w:rPr>
                <w:sz w:val="21"/>
              </w:rPr>
              <w:t>số cộng đồng; tăng cường tuyên truyền, hướng dẫn, hỗ trợ người dân tiếp cận và sử dụng các nền tảng số, dịch vụ số, dịch vụ công trực tuyến và các tiện ích số; phát huy vai trò của các tổ chức chính trị - xã hội, doanh nghiệp và cộng đồng trong phát triển công dân số.</w:t>
            </w:r>
          </w:p>
        </w:tc>
        <w:tc>
          <w:tcPr>
            <w:tcW w:w="1728" w:type="dxa"/>
            <w:tcMar>
              <w:top w:w="100" w:type="dxa"/>
              <w:left w:w="100" w:type="dxa"/>
              <w:bottom w:w="100" w:type="dxa"/>
              <w:right w:w="100" w:type="dxa"/>
            </w:tcMar>
          </w:tcPr>
          <w:p w14:paraId="1E6075B2" w14:textId="37F2B5C3" w:rsidR="00CA29D9" w:rsidRPr="001D2E9D" w:rsidRDefault="00F941C6" w:rsidP="00CA29D9">
            <w:pPr>
              <w:spacing w:after="0"/>
              <w:rPr>
                <w:sz w:val="21"/>
                <w:lang w:val="vi-VN"/>
              </w:rPr>
            </w:pPr>
            <w:r>
              <w:rPr>
                <w:sz w:val="21"/>
              </w:rPr>
              <w:t>Phòng V</w:t>
            </w:r>
            <w:r w:rsidR="001D2E9D">
              <w:rPr>
                <w:sz w:val="21"/>
                <w:lang w:val="vi-VN"/>
              </w:rPr>
              <w:t>H-XH</w:t>
            </w:r>
          </w:p>
          <w:p w14:paraId="758FEA21" w14:textId="77777777" w:rsidR="00625FA1" w:rsidRDefault="00625FA1" w:rsidP="00CA29D9">
            <w:pPr>
              <w:spacing w:after="0"/>
            </w:pPr>
          </w:p>
        </w:tc>
        <w:tc>
          <w:tcPr>
            <w:tcW w:w="1728" w:type="dxa"/>
            <w:tcMar>
              <w:top w:w="100" w:type="dxa"/>
              <w:left w:w="100" w:type="dxa"/>
              <w:bottom w:w="100" w:type="dxa"/>
              <w:right w:w="100" w:type="dxa"/>
            </w:tcMar>
          </w:tcPr>
          <w:p w14:paraId="2D15E43B" w14:textId="77777777" w:rsidR="00CA29D9" w:rsidRDefault="00625FA1" w:rsidP="00CA29D9">
            <w:pPr>
              <w:spacing w:after="0"/>
            </w:pPr>
            <w:r>
              <w:rPr>
                <w:sz w:val="21"/>
              </w:rPr>
              <w:t>Các Phòng, ban, ngành;</w:t>
            </w:r>
            <w:r w:rsidR="00CA29D9">
              <w:rPr>
                <w:sz w:val="21"/>
              </w:rPr>
              <w:t xml:space="preserve"> </w:t>
            </w:r>
            <w:r>
              <w:rPr>
                <w:sz w:val="21"/>
              </w:rPr>
              <w:t xml:space="preserve">các Tổ chức CTXH xã; </w:t>
            </w:r>
            <w:r w:rsidR="00CA29D9">
              <w:rPr>
                <w:sz w:val="21"/>
              </w:rPr>
              <w:t>các doanh nghiệp đồng hành</w:t>
            </w:r>
          </w:p>
        </w:tc>
        <w:tc>
          <w:tcPr>
            <w:tcW w:w="1584" w:type="dxa"/>
            <w:tcMar>
              <w:top w:w="100" w:type="dxa"/>
              <w:left w:w="100" w:type="dxa"/>
              <w:bottom w:w="100" w:type="dxa"/>
              <w:right w:w="100" w:type="dxa"/>
            </w:tcMar>
          </w:tcPr>
          <w:p w14:paraId="3BE1892B" w14:textId="77777777" w:rsidR="00CA29D9" w:rsidRDefault="00CA29D9" w:rsidP="00922D8D">
            <w:pPr>
              <w:spacing w:after="0"/>
            </w:pPr>
            <w:r>
              <w:rPr>
                <w:sz w:val="21"/>
              </w:rPr>
              <w:t xml:space="preserve">Hoàn thành kiện toàn Tổ </w:t>
            </w:r>
            <w:r w:rsidR="00922D8D">
              <w:rPr>
                <w:sz w:val="21"/>
              </w:rPr>
              <w:t>chuyển đổi</w:t>
            </w:r>
            <w:r>
              <w:rPr>
                <w:sz w:val="21"/>
              </w:rPr>
              <w:t xml:space="preserve"> số cộng đồng và tập huấn trước ngày 10/8/2026; tổ chức hỗ trợ người dân từ ngày 01/8/2026 và duy trì thường xuyên.</w:t>
            </w:r>
          </w:p>
        </w:tc>
        <w:tc>
          <w:tcPr>
            <w:tcW w:w="3251" w:type="dxa"/>
            <w:tcMar>
              <w:top w:w="100" w:type="dxa"/>
              <w:left w:w="100" w:type="dxa"/>
              <w:bottom w:w="100" w:type="dxa"/>
              <w:right w:w="100" w:type="dxa"/>
            </w:tcMar>
          </w:tcPr>
          <w:p w14:paraId="56581960" w14:textId="77777777" w:rsidR="00CA29D9" w:rsidRDefault="00CA29D9" w:rsidP="00582A21">
            <w:pPr>
              <w:spacing w:after="0"/>
              <w:jc w:val="both"/>
            </w:pPr>
            <w:r>
              <w:rPr>
                <w:sz w:val="21"/>
              </w:rPr>
              <w:t xml:space="preserve">100% Tổ </w:t>
            </w:r>
            <w:r w:rsidR="00582A21">
              <w:rPr>
                <w:sz w:val="21"/>
              </w:rPr>
              <w:t>Chuyển đổi</w:t>
            </w:r>
            <w:r>
              <w:rPr>
                <w:sz w:val="21"/>
              </w:rPr>
              <w:t xml:space="preserve"> số cộng đồng trên địa bàn </w:t>
            </w:r>
            <w:r w:rsidR="00582A21">
              <w:rPr>
                <w:sz w:val="21"/>
              </w:rPr>
              <w:t>xã</w:t>
            </w:r>
            <w:r>
              <w:rPr>
                <w:sz w:val="21"/>
              </w:rPr>
              <w:t xml:space="preserve"> được kiện toàn và tham gia hướng dẫn, hỗ trợ người dân phát triển kỹ năng số; tổ chức hướng dẫn người dân kích hoạt, tích hợp các giấy tờ thiết yếu lên VNeID phục vụ giải quyết thủ tục hành chính, triển khai đồng loạt từ ngày 15/8/2026.</w:t>
            </w:r>
          </w:p>
        </w:tc>
      </w:tr>
      <w:tr w:rsidR="00117C48" w14:paraId="747D0608" w14:textId="77777777" w:rsidTr="00833AD7">
        <w:trPr>
          <w:jc w:val="center"/>
        </w:trPr>
        <w:tc>
          <w:tcPr>
            <w:tcW w:w="13462" w:type="dxa"/>
            <w:gridSpan w:val="6"/>
            <w:tcMar>
              <w:top w:w="100" w:type="dxa"/>
              <w:left w:w="100" w:type="dxa"/>
              <w:bottom w:w="100" w:type="dxa"/>
              <w:right w:w="100" w:type="dxa"/>
            </w:tcMar>
          </w:tcPr>
          <w:p w14:paraId="7DE5D082" w14:textId="77777777" w:rsidR="00117C48" w:rsidRDefault="00117C48" w:rsidP="00CA29D9">
            <w:pPr>
              <w:spacing w:after="0"/>
            </w:pPr>
            <w:r>
              <w:rPr>
                <w:b/>
                <w:sz w:val="22"/>
              </w:rPr>
              <w:t>VII. Bảo đảm an ninh, an toàn thông tin trong quá trình triển khai các nhiệm vụ phát triển công dân số</w:t>
            </w:r>
          </w:p>
        </w:tc>
      </w:tr>
      <w:tr w:rsidR="00117C48" w14:paraId="016C4766" w14:textId="77777777" w:rsidTr="009429D4">
        <w:trPr>
          <w:jc w:val="center"/>
        </w:trPr>
        <w:tc>
          <w:tcPr>
            <w:tcW w:w="2003" w:type="dxa"/>
            <w:tcMar>
              <w:top w:w="100" w:type="dxa"/>
              <w:left w:w="100" w:type="dxa"/>
              <w:bottom w:w="100" w:type="dxa"/>
              <w:right w:w="100" w:type="dxa"/>
            </w:tcMar>
          </w:tcPr>
          <w:p w14:paraId="7B5D5604" w14:textId="77777777" w:rsidR="00117C48" w:rsidRDefault="00117C48" w:rsidP="00117C48">
            <w:pPr>
              <w:spacing w:after="0"/>
              <w:jc w:val="center"/>
            </w:pPr>
            <w:r>
              <w:rPr>
                <w:sz w:val="21"/>
              </w:rPr>
              <w:t>1</w:t>
            </w:r>
          </w:p>
        </w:tc>
        <w:tc>
          <w:tcPr>
            <w:tcW w:w="3168" w:type="dxa"/>
            <w:tcMar>
              <w:top w:w="100" w:type="dxa"/>
              <w:left w:w="100" w:type="dxa"/>
              <w:bottom w:w="100" w:type="dxa"/>
              <w:right w:w="100" w:type="dxa"/>
            </w:tcMar>
          </w:tcPr>
          <w:p w14:paraId="46B9D40F" w14:textId="77777777" w:rsidR="00117C48" w:rsidRDefault="00117C48" w:rsidP="006909FC">
            <w:pPr>
              <w:spacing w:after="0"/>
              <w:jc w:val="both"/>
            </w:pPr>
            <w:r>
              <w:rPr>
                <w:sz w:val="21"/>
              </w:rPr>
              <w:t>Tuân thủ quy định của pháp luật về dữ liệu, bảo đảm an ninh mạng, bảo vệ dữ liệu cá nhân đối với các sản phẩm, dịch vụ số do các cơ quan, tổ chức, sở, ngành, doanh nghiệp cung cấp; hướng dẫn, kiểm tra việc thực hiện các quy định về bảo mật thông tin, an ninh mạng trong quá trình khai thác, sử dụng dữ liệu và tài khoản định danh điện tử.</w:t>
            </w:r>
          </w:p>
        </w:tc>
        <w:tc>
          <w:tcPr>
            <w:tcW w:w="1728" w:type="dxa"/>
            <w:tcMar>
              <w:top w:w="100" w:type="dxa"/>
              <w:left w:w="100" w:type="dxa"/>
              <w:bottom w:w="100" w:type="dxa"/>
              <w:right w:w="100" w:type="dxa"/>
            </w:tcMar>
          </w:tcPr>
          <w:p w14:paraId="62091FFC" w14:textId="77777777" w:rsidR="00117C48" w:rsidRDefault="00CF7882" w:rsidP="00117C48">
            <w:pPr>
              <w:spacing w:after="0"/>
            </w:pPr>
            <w:r>
              <w:rPr>
                <w:sz w:val="21"/>
              </w:rPr>
              <w:t>Công an xã</w:t>
            </w:r>
          </w:p>
        </w:tc>
        <w:tc>
          <w:tcPr>
            <w:tcW w:w="1728" w:type="dxa"/>
            <w:tcMar>
              <w:top w:w="100" w:type="dxa"/>
              <w:left w:w="100" w:type="dxa"/>
              <w:bottom w:w="100" w:type="dxa"/>
              <w:right w:w="100" w:type="dxa"/>
            </w:tcMar>
          </w:tcPr>
          <w:p w14:paraId="131CECE7" w14:textId="77777777" w:rsidR="00117C48" w:rsidRDefault="00CF7882" w:rsidP="00117C48">
            <w:pPr>
              <w:spacing w:after="0"/>
            </w:pPr>
            <w:r>
              <w:rPr>
                <w:sz w:val="21"/>
              </w:rPr>
              <w:t>Các phòng, ban, ngành cấp xã</w:t>
            </w:r>
          </w:p>
        </w:tc>
        <w:tc>
          <w:tcPr>
            <w:tcW w:w="1584" w:type="dxa"/>
            <w:tcMar>
              <w:top w:w="100" w:type="dxa"/>
              <w:left w:w="100" w:type="dxa"/>
              <w:bottom w:w="100" w:type="dxa"/>
              <w:right w:w="100" w:type="dxa"/>
            </w:tcMar>
          </w:tcPr>
          <w:p w14:paraId="57B9120A" w14:textId="77777777" w:rsidR="00117C48" w:rsidRDefault="00117C48" w:rsidP="00117C48">
            <w:pPr>
              <w:spacing w:after="0"/>
            </w:pPr>
            <w:r>
              <w:rPr>
                <w:sz w:val="21"/>
              </w:rPr>
              <w:t>Thực hiện thường xuyên</w:t>
            </w:r>
          </w:p>
        </w:tc>
        <w:tc>
          <w:tcPr>
            <w:tcW w:w="3251" w:type="dxa"/>
            <w:tcMar>
              <w:top w:w="100" w:type="dxa"/>
              <w:left w:w="100" w:type="dxa"/>
              <w:bottom w:w="100" w:type="dxa"/>
              <w:right w:w="100" w:type="dxa"/>
            </w:tcMar>
          </w:tcPr>
          <w:p w14:paraId="71F5E558" w14:textId="77777777" w:rsidR="00117C48" w:rsidRDefault="00117C48" w:rsidP="00117C48">
            <w:pPr>
              <w:spacing w:after="0"/>
            </w:pPr>
            <w:r>
              <w:rPr>
                <w:sz w:val="21"/>
              </w:rPr>
              <w:t>Các hệ thống được kiểm tra đảm bảo an ninh, an toàn</w:t>
            </w:r>
          </w:p>
        </w:tc>
      </w:tr>
      <w:tr w:rsidR="00117C48" w14:paraId="24E2E9E8" w14:textId="77777777" w:rsidTr="00943246">
        <w:trPr>
          <w:jc w:val="center"/>
        </w:trPr>
        <w:tc>
          <w:tcPr>
            <w:tcW w:w="13462" w:type="dxa"/>
            <w:gridSpan w:val="6"/>
            <w:tcMar>
              <w:top w:w="100" w:type="dxa"/>
              <w:left w:w="100" w:type="dxa"/>
              <w:bottom w:w="100" w:type="dxa"/>
              <w:right w:w="100" w:type="dxa"/>
            </w:tcMar>
          </w:tcPr>
          <w:p w14:paraId="31FBD338" w14:textId="77777777" w:rsidR="00117C48" w:rsidRDefault="00117C48" w:rsidP="00117C48">
            <w:pPr>
              <w:spacing w:after="0"/>
            </w:pPr>
            <w:r>
              <w:rPr>
                <w:b/>
                <w:sz w:val="22"/>
              </w:rPr>
              <w:t>VIII. Khuyến khích và tạo điều kiện để các tổ chức, doanh nghiệp tham gia các chương trình ưu đãi công dân số</w:t>
            </w:r>
          </w:p>
        </w:tc>
      </w:tr>
      <w:tr w:rsidR="00117C48" w14:paraId="0B39693B" w14:textId="77777777" w:rsidTr="009429D4">
        <w:trPr>
          <w:jc w:val="center"/>
        </w:trPr>
        <w:tc>
          <w:tcPr>
            <w:tcW w:w="2003" w:type="dxa"/>
            <w:tcMar>
              <w:top w:w="100" w:type="dxa"/>
              <w:left w:w="100" w:type="dxa"/>
              <w:bottom w:w="100" w:type="dxa"/>
              <w:right w:w="100" w:type="dxa"/>
            </w:tcMar>
          </w:tcPr>
          <w:p w14:paraId="3034311A" w14:textId="77777777" w:rsidR="00117C48" w:rsidRDefault="00117C48" w:rsidP="00117C48">
            <w:pPr>
              <w:spacing w:after="0"/>
              <w:jc w:val="center"/>
            </w:pPr>
            <w:r>
              <w:rPr>
                <w:sz w:val="21"/>
              </w:rPr>
              <w:t>1</w:t>
            </w:r>
          </w:p>
        </w:tc>
        <w:tc>
          <w:tcPr>
            <w:tcW w:w="3168" w:type="dxa"/>
            <w:tcMar>
              <w:top w:w="100" w:type="dxa"/>
              <w:left w:w="100" w:type="dxa"/>
              <w:bottom w:w="100" w:type="dxa"/>
              <w:right w:w="100" w:type="dxa"/>
            </w:tcMar>
          </w:tcPr>
          <w:p w14:paraId="5D4C7D09" w14:textId="77777777" w:rsidR="00117C48" w:rsidRDefault="00117C48" w:rsidP="00FE62C1">
            <w:pPr>
              <w:spacing w:after="0"/>
            </w:pPr>
            <w:r>
              <w:rPr>
                <w:sz w:val="21"/>
              </w:rPr>
              <w:t xml:space="preserve">Khuyến khích và tạo điều kiện để các tổ chức, doanh nghiệp cung </w:t>
            </w:r>
            <w:r>
              <w:rPr>
                <w:sz w:val="21"/>
              </w:rPr>
              <w:lastRenderedPageBreak/>
              <w:t>cấp sản phẩm, dịch vụ số triển khai các chương trình ưu đãi, giảm giá vé, giảm giá dịch vụ hoặc các hình thức khuyến mại khác dành cho công dân đáp ứng điều kiện quy định tại Điều 5 Nghị quyết số 66.22/2026/NQ-CP.</w:t>
            </w:r>
          </w:p>
        </w:tc>
        <w:tc>
          <w:tcPr>
            <w:tcW w:w="1728" w:type="dxa"/>
            <w:tcMar>
              <w:top w:w="100" w:type="dxa"/>
              <w:left w:w="100" w:type="dxa"/>
              <w:bottom w:w="100" w:type="dxa"/>
              <w:right w:w="100" w:type="dxa"/>
            </w:tcMar>
          </w:tcPr>
          <w:p w14:paraId="5A65A882" w14:textId="33940694" w:rsidR="00117C48" w:rsidRPr="001D2E9D" w:rsidRDefault="00B763D0" w:rsidP="00117C48">
            <w:pPr>
              <w:spacing w:after="0"/>
              <w:rPr>
                <w:lang w:val="vi-VN"/>
              </w:rPr>
            </w:pPr>
            <w:r>
              <w:rPr>
                <w:sz w:val="21"/>
              </w:rPr>
              <w:lastRenderedPageBreak/>
              <w:t xml:space="preserve">Phòng </w:t>
            </w:r>
            <w:r w:rsidR="001D2E9D">
              <w:rPr>
                <w:sz w:val="21"/>
                <w:lang w:val="vi-VN"/>
              </w:rPr>
              <w:t>VH-XH</w:t>
            </w:r>
          </w:p>
        </w:tc>
        <w:tc>
          <w:tcPr>
            <w:tcW w:w="1728" w:type="dxa"/>
            <w:tcMar>
              <w:top w:w="100" w:type="dxa"/>
              <w:left w:w="100" w:type="dxa"/>
              <w:bottom w:w="100" w:type="dxa"/>
              <w:right w:w="100" w:type="dxa"/>
            </w:tcMar>
          </w:tcPr>
          <w:p w14:paraId="08FE6A7B" w14:textId="50CD2DBD" w:rsidR="00117C48" w:rsidRPr="001D2E9D" w:rsidRDefault="00117C48" w:rsidP="00975D47">
            <w:pPr>
              <w:spacing w:after="0"/>
              <w:rPr>
                <w:lang w:val="vi-VN"/>
              </w:rPr>
            </w:pPr>
            <w:r w:rsidRPr="001D2E9D">
              <w:rPr>
                <w:sz w:val="21"/>
                <w:lang w:val="vi-VN"/>
              </w:rPr>
              <w:t xml:space="preserve">Công an </w:t>
            </w:r>
            <w:r w:rsidR="00B763D0" w:rsidRPr="001D2E9D">
              <w:rPr>
                <w:sz w:val="21"/>
                <w:lang w:val="vi-VN"/>
              </w:rPr>
              <w:t>xã</w:t>
            </w:r>
            <w:r w:rsidRPr="001D2E9D">
              <w:rPr>
                <w:sz w:val="21"/>
                <w:lang w:val="vi-VN"/>
              </w:rPr>
              <w:t xml:space="preserve">, </w:t>
            </w:r>
            <w:r w:rsidR="00B763D0" w:rsidRPr="001D2E9D">
              <w:rPr>
                <w:sz w:val="21"/>
                <w:lang w:val="vi-VN"/>
              </w:rPr>
              <w:t>Phòng Kinh tế</w:t>
            </w:r>
            <w:r w:rsidRPr="001D2E9D">
              <w:rPr>
                <w:sz w:val="21"/>
                <w:lang w:val="vi-VN"/>
              </w:rPr>
              <w:t xml:space="preserve"> và </w:t>
            </w:r>
            <w:r w:rsidRPr="001D2E9D">
              <w:rPr>
                <w:sz w:val="21"/>
                <w:lang w:val="vi-VN"/>
              </w:rPr>
              <w:lastRenderedPageBreak/>
              <w:t>các tổ chức, doanh nghiệp cung cấp sản phẩm, dịch vụ số</w:t>
            </w:r>
          </w:p>
        </w:tc>
        <w:tc>
          <w:tcPr>
            <w:tcW w:w="1584" w:type="dxa"/>
            <w:tcMar>
              <w:top w:w="100" w:type="dxa"/>
              <w:left w:w="100" w:type="dxa"/>
              <w:bottom w:w="100" w:type="dxa"/>
              <w:right w:w="100" w:type="dxa"/>
            </w:tcMar>
          </w:tcPr>
          <w:p w14:paraId="2347AFB3" w14:textId="77777777" w:rsidR="00117C48" w:rsidRDefault="00117C48" w:rsidP="00117C48">
            <w:pPr>
              <w:spacing w:after="0"/>
            </w:pPr>
            <w:r>
              <w:rPr>
                <w:sz w:val="21"/>
              </w:rPr>
              <w:lastRenderedPageBreak/>
              <w:t>Thực hiện thường xuyên</w:t>
            </w:r>
          </w:p>
        </w:tc>
        <w:tc>
          <w:tcPr>
            <w:tcW w:w="3251" w:type="dxa"/>
            <w:tcMar>
              <w:top w:w="100" w:type="dxa"/>
              <w:left w:w="100" w:type="dxa"/>
              <w:bottom w:w="100" w:type="dxa"/>
              <w:right w:w="100" w:type="dxa"/>
            </w:tcMar>
          </w:tcPr>
          <w:p w14:paraId="102C36A7" w14:textId="77777777" w:rsidR="00117C48" w:rsidRDefault="00117C48" w:rsidP="00975D47">
            <w:pPr>
              <w:spacing w:after="0"/>
              <w:jc w:val="both"/>
            </w:pPr>
            <w:r>
              <w:rPr>
                <w:sz w:val="21"/>
              </w:rPr>
              <w:t xml:space="preserve">Vận động các doanh nghiệp cung cấp sản phẩm, dịch vụ số trên địa bàn </w:t>
            </w:r>
            <w:r w:rsidR="00975D47">
              <w:rPr>
                <w:sz w:val="21"/>
              </w:rPr>
              <w:lastRenderedPageBreak/>
              <w:t>xã</w:t>
            </w:r>
            <w:r>
              <w:rPr>
                <w:sz w:val="21"/>
              </w:rPr>
              <w:t xml:space="preserve"> tham gia chương trình ưu đãi dành cho công dân số trong năm 2026; xây dựng danh sách các gói ưu đãi công bố công khai để người dân biết</w:t>
            </w:r>
          </w:p>
        </w:tc>
      </w:tr>
      <w:tr w:rsidR="00D75B7F" w14:paraId="2F3F61FF" w14:textId="77777777" w:rsidTr="00010EE3">
        <w:trPr>
          <w:jc w:val="center"/>
        </w:trPr>
        <w:tc>
          <w:tcPr>
            <w:tcW w:w="13462" w:type="dxa"/>
            <w:gridSpan w:val="6"/>
            <w:tcMar>
              <w:top w:w="100" w:type="dxa"/>
              <w:left w:w="100" w:type="dxa"/>
              <w:bottom w:w="100" w:type="dxa"/>
              <w:right w:w="100" w:type="dxa"/>
            </w:tcMar>
          </w:tcPr>
          <w:p w14:paraId="3486B7A1" w14:textId="77777777" w:rsidR="00D75B7F" w:rsidRDefault="0054305D" w:rsidP="00117C48">
            <w:pPr>
              <w:spacing w:after="0"/>
            </w:pPr>
            <w:r>
              <w:rPr>
                <w:b/>
                <w:sz w:val="22"/>
              </w:rPr>
              <w:lastRenderedPageBreak/>
              <w:t>IX. Theo dõi, kiểm tra, đánh giá kết quả thực hiện các nhiệm vụ phát triển công dân số</w:t>
            </w:r>
          </w:p>
        </w:tc>
      </w:tr>
      <w:tr w:rsidR="00D75B7F" w14:paraId="478D7323" w14:textId="77777777" w:rsidTr="009429D4">
        <w:trPr>
          <w:jc w:val="center"/>
        </w:trPr>
        <w:tc>
          <w:tcPr>
            <w:tcW w:w="2003" w:type="dxa"/>
            <w:tcMar>
              <w:top w:w="100" w:type="dxa"/>
              <w:left w:w="100" w:type="dxa"/>
              <w:bottom w:w="100" w:type="dxa"/>
              <w:right w:w="100" w:type="dxa"/>
            </w:tcMar>
          </w:tcPr>
          <w:p w14:paraId="2D9F4A8E" w14:textId="77777777" w:rsidR="00D75B7F" w:rsidRDefault="00D75B7F" w:rsidP="00D75B7F">
            <w:pPr>
              <w:spacing w:after="0"/>
              <w:jc w:val="center"/>
            </w:pPr>
            <w:r>
              <w:rPr>
                <w:sz w:val="21"/>
              </w:rPr>
              <w:t>1</w:t>
            </w:r>
          </w:p>
        </w:tc>
        <w:tc>
          <w:tcPr>
            <w:tcW w:w="3168" w:type="dxa"/>
            <w:tcMar>
              <w:top w:w="100" w:type="dxa"/>
              <w:left w:w="100" w:type="dxa"/>
              <w:bottom w:w="100" w:type="dxa"/>
              <w:right w:w="100" w:type="dxa"/>
            </w:tcMar>
          </w:tcPr>
          <w:p w14:paraId="52FBF809" w14:textId="77777777" w:rsidR="00D75B7F" w:rsidRDefault="00D75B7F" w:rsidP="00A962D5">
            <w:pPr>
              <w:spacing w:after="0"/>
              <w:jc w:val="both"/>
            </w:pPr>
            <w:r>
              <w:rPr>
                <w:sz w:val="21"/>
              </w:rPr>
              <w:t>Thường xuyên theo dõi, kiểm tra, đôn đốc việc triển khai Kế hoạch; định kỳ đánh giá kết quả thực hiện; kịp thời tháo gỡ khó khăn, vướng mắc; sơ kết, tổng kết, biểu dương, khen thưởng các tập thể, cá nhân có thành tích xuất sắc và chấn chỉnh các cơ quan, đơn vị, địa phương thực hiện chưa hiệu quả.</w:t>
            </w:r>
          </w:p>
        </w:tc>
        <w:tc>
          <w:tcPr>
            <w:tcW w:w="1728" w:type="dxa"/>
            <w:tcMar>
              <w:top w:w="100" w:type="dxa"/>
              <w:left w:w="100" w:type="dxa"/>
              <w:bottom w:w="100" w:type="dxa"/>
              <w:right w:w="100" w:type="dxa"/>
            </w:tcMar>
          </w:tcPr>
          <w:p w14:paraId="276751EE" w14:textId="77777777" w:rsidR="00D75B7F" w:rsidRDefault="00B546EE" w:rsidP="00D75B7F">
            <w:pPr>
              <w:spacing w:after="0"/>
            </w:pPr>
            <w:r>
              <w:rPr>
                <w:sz w:val="21"/>
              </w:rPr>
              <w:t>Công an xã</w:t>
            </w:r>
          </w:p>
        </w:tc>
        <w:tc>
          <w:tcPr>
            <w:tcW w:w="1728" w:type="dxa"/>
            <w:tcMar>
              <w:top w:w="100" w:type="dxa"/>
              <w:left w:w="100" w:type="dxa"/>
              <w:bottom w:w="100" w:type="dxa"/>
              <w:right w:w="100" w:type="dxa"/>
            </w:tcMar>
          </w:tcPr>
          <w:p w14:paraId="41BED713" w14:textId="77777777" w:rsidR="00D75B7F" w:rsidRDefault="00B546EE" w:rsidP="00B546EE">
            <w:pPr>
              <w:spacing w:after="0"/>
            </w:pPr>
            <w:r>
              <w:rPr>
                <w:sz w:val="21"/>
              </w:rPr>
              <w:t>Các phòng</w:t>
            </w:r>
            <w:r w:rsidR="00D75B7F">
              <w:rPr>
                <w:sz w:val="21"/>
              </w:rPr>
              <w:t xml:space="preserve">, </w:t>
            </w:r>
            <w:r>
              <w:rPr>
                <w:sz w:val="21"/>
              </w:rPr>
              <w:t>ban, ngành cấp xã</w:t>
            </w:r>
            <w:r w:rsidR="007811BF">
              <w:rPr>
                <w:sz w:val="21"/>
              </w:rPr>
              <w:t xml:space="preserve">; </w:t>
            </w:r>
          </w:p>
        </w:tc>
        <w:tc>
          <w:tcPr>
            <w:tcW w:w="1584" w:type="dxa"/>
            <w:tcMar>
              <w:top w:w="100" w:type="dxa"/>
              <w:left w:w="100" w:type="dxa"/>
              <w:bottom w:w="100" w:type="dxa"/>
              <w:right w:w="100" w:type="dxa"/>
            </w:tcMar>
          </w:tcPr>
          <w:p w14:paraId="514DD5E8" w14:textId="77777777" w:rsidR="00D75B7F" w:rsidRDefault="00D75B7F" w:rsidP="00D75B7F">
            <w:pPr>
              <w:spacing w:after="0"/>
            </w:pPr>
            <w:r>
              <w:rPr>
                <w:sz w:val="21"/>
              </w:rPr>
              <w:t>Thực hiện thường xuyên</w:t>
            </w:r>
          </w:p>
        </w:tc>
        <w:tc>
          <w:tcPr>
            <w:tcW w:w="3251" w:type="dxa"/>
            <w:tcMar>
              <w:top w:w="100" w:type="dxa"/>
              <w:left w:w="100" w:type="dxa"/>
              <w:bottom w:w="100" w:type="dxa"/>
              <w:right w:w="100" w:type="dxa"/>
            </w:tcMar>
          </w:tcPr>
          <w:p w14:paraId="3214159A" w14:textId="77777777" w:rsidR="00D75B7F" w:rsidRDefault="00D75B7F" w:rsidP="00D75B7F">
            <w:pPr>
              <w:spacing w:after="0"/>
            </w:pPr>
            <w:r>
              <w:rPr>
                <w:sz w:val="21"/>
              </w:rPr>
              <w:t>Kịp thời xử lý hoặc kiến nghị cấp có thẩm quyền xử lý các khó khăn, vướng mắc phát sinh trong quá trình thực hiện.</w:t>
            </w:r>
          </w:p>
        </w:tc>
      </w:tr>
    </w:tbl>
    <w:p w14:paraId="1886D66A" w14:textId="77777777" w:rsidR="00020035" w:rsidRDefault="00020035"/>
    <w:sectPr w:rsidR="00020035" w:rsidSect="0033075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0626568">
    <w:abstractNumId w:val="8"/>
  </w:num>
  <w:num w:numId="2" w16cid:durableId="1948468613">
    <w:abstractNumId w:val="6"/>
  </w:num>
  <w:num w:numId="3" w16cid:durableId="1722099248">
    <w:abstractNumId w:val="5"/>
  </w:num>
  <w:num w:numId="4" w16cid:durableId="1714691580">
    <w:abstractNumId w:val="4"/>
  </w:num>
  <w:num w:numId="5" w16cid:durableId="1925608042">
    <w:abstractNumId w:val="7"/>
  </w:num>
  <w:num w:numId="6" w16cid:durableId="854420183">
    <w:abstractNumId w:val="3"/>
  </w:num>
  <w:num w:numId="7" w16cid:durableId="1439835982">
    <w:abstractNumId w:val="2"/>
  </w:num>
  <w:num w:numId="8" w16cid:durableId="515921099">
    <w:abstractNumId w:val="1"/>
  </w:num>
  <w:num w:numId="9" w16cid:durableId="165098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0035"/>
    <w:rsid w:val="00034616"/>
    <w:rsid w:val="0006063C"/>
    <w:rsid w:val="000A1B4A"/>
    <w:rsid w:val="00117C48"/>
    <w:rsid w:val="00121FCA"/>
    <w:rsid w:val="0015074B"/>
    <w:rsid w:val="0015217C"/>
    <w:rsid w:val="00166830"/>
    <w:rsid w:val="001D2E9D"/>
    <w:rsid w:val="002109AF"/>
    <w:rsid w:val="00261D79"/>
    <w:rsid w:val="0029639D"/>
    <w:rsid w:val="00326F90"/>
    <w:rsid w:val="0033075A"/>
    <w:rsid w:val="00337768"/>
    <w:rsid w:val="00345C4E"/>
    <w:rsid w:val="00517889"/>
    <w:rsid w:val="00535601"/>
    <w:rsid w:val="0054305D"/>
    <w:rsid w:val="005776F5"/>
    <w:rsid w:val="00582A21"/>
    <w:rsid w:val="00592B62"/>
    <w:rsid w:val="00597E16"/>
    <w:rsid w:val="00625FA1"/>
    <w:rsid w:val="006269C4"/>
    <w:rsid w:val="006909FC"/>
    <w:rsid w:val="006D5B26"/>
    <w:rsid w:val="00745A70"/>
    <w:rsid w:val="007811BF"/>
    <w:rsid w:val="0080434A"/>
    <w:rsid w:val="00805174"/>
    <w:rsid w:val="00916651"/>
    <w:rsid w:val="00922D8D"/>
    <w:rsid w:val="009328F7"/>
    <w:rsid w:val="009429D4"/>
    <w:rsid w:val="00975D47"/>
    <w:rsid w:val="00A355C9"/>
    <w:rsid w:val="00A962D5"/>
    <w:rsid w:val="00AA1D8D"/>
    <w:rsid w:val="00B47730"/>
    <w:rsid w:val="00B5290F"/>
    <w:rsid w:val="00B546EE"/>
    <w:rsid w:val="00B763D0"/>
    <w:rsid w:val="00BB5CDA"/>
    <w:rsid w:val="00BD4328"/>
    <w:rsid w:val="00CA29D9"/>
    <w:rsid w:val="00CB0664"/>
    <w:rsid w:val="00CF7882"/>
    <w:rsid w:val="00D75B7F"/>
    <w:rsid w:val="00DC6796"/>
    <w:rsid w:val="00DD22D3"/>
    <w:rsid w:val="00EC7FC0"/>
    <w:rsid w:val="00F0234C"/>
    <w:rsid w:val="00F14245"/>
    <w:rsid w:val="00F80EB2"/>
    <w:rsid w:val="00F941C6"/>
    <w:rsid w:val="00FB7395"/>
    <w:rsid w:val="00FC693F"/>
    <w:rsid w:val="00FE11F8"/>
    <w:rsid w:val="00FE6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7C509C"/>
  <w14:defaultImageDpi w14:val="300"/>
  <w15:docId w15:val="{071C684D-A7F4-4B79-BACB-EBCB62B1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AD481-B0C7-44F7-81DB-50659D42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84971500988</cp:lastModifiedBy>
  <cp:revision>30</cp:revision>
  <dcterms:created xsi:type="dcterms:W3CDTF">2026-08-11T09:59:00Z</dcterms:created>
  <dcterms:modified xsi:type="dcterms:W3CDTF">2026-08-13T10:43:00Z</dcterms:modified>
  <cp:category/>
</cp:coreProperties>
</file>